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חוברת לתלמיד: המדריך המלא</w:t>
      </w:r>
    </w:p>
    <w:p>
      <w:pPr>
        <w:bidi w:val="1"/>
        <w:jc w:val="right"/>
      </w:pPr>
      <w:r>
        <w:rPr>
          <w:rFonts w:cs="Arial" w:ascii="Arial" w:hAnsi="Arial"/>
          <w:color w:val="5A4632"/>
          <w:sz w:val="26"/>
          <w:rtl w:val="1"/>
          <w:szCs w:val="26"/>
        </w:rPr>
        <w:t>העיתון הספרותי השיתופי – מה כותבים, איך, ומתי</w:t>
      </w:r>
    </w:p>
    <w:p>
      <w:pPr>
        <w:bidi w:val="1"/>
        <w:jc w:val="right"/>
      </w:pPr>
      <w:r>
        <w:rPr>
          <w:rFonts w:cs="Arial" w:ascii="Arial" w:hAnsi="Arial"/>
          <w:color w:val="7B1E2B"/>
          <w:sz w:val="20"/>
          <w:rtl w:val="1"/>
          <w:szCs w:val="20"/>
        </w:rPr>
        <w:t>לתלמיד/ה · תלמיד · מדריך · יצרה: רוית ראש בן ישי</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1"/>
        <w:bidi w:val="1"/>
        <w:jc w:val="right"/>
      </w:pPr>
      <w:r>
        <w:rPr>
          <w:rFonts w:cs="Arial" w:ascii="Arial" w:hAnsi="Arial"/>
          <w:b/>
          <w:color w:val="7B1E2B"/>
          <w:sz w:val="34"/>
          <w:rtl w:val="1"/>
          <w:bCs/>
          <w:szCs w:val="34"/>
        </w:rPr>
        <w:t>חלק א׳ – המשימה בקצרה</w:t>
      </w:r>
    </w:p>
    <w:p>
      <w:pPr>
        <w:bidi w:val="1"/>
        <w:jc w:val="right"/>
      </w:pPr>
      <w:r>
        <w:rPr>
          <w:rFonts w:cs="Arial" w:ascii="Arial" w:hAnsi="Arial"/>
          <w:color w:val="5A4632"/>
          <w:rtl w:val="1"/>
        </w:rPr>
        <w:t>ברוכים הבאים וברוכות הבאות למערכת! בשבועות הקרובים תהפכו מקוראים וקוראות של ספרות לעורכים ועורכות של עיתון. בצוות של שניים או שלושה תבחרו נושא אחד שעובר כחוט השני בין היצירות שלמדנו, ותספרו עליו כמו שעיתון טוב מספר: בכותרת שתופסת את העין, בכתבה שמביאה עובדות מתוך הטקסט, בטורים אישיים שיש בהם דעה וקול, ובדבר עורכים שמחבר הכול לתובנה אחת. העיתון שלכם יראה שאתם יודעים לקרוא לעומק, לחשוב בעצמכם, לכתוב בבהירות ולעבוד יחד. הדמויות מהיצירות הן המרואיינים שלכם, השורות בטקסט הן המקורות שלכם, ואתם – המערכת.</w:t>
      </w:r>
    </w:p>
    <w:p>
      <w:pPr>
        <w:pStyle w:val="Heading3"/>
        <w:bidi w:val="1"/>
        <w:jc w:val="right"/>
      </w:pPr>
      <w:r>
        <w:rPr>
          <w:rFonts w:cs="Arial" w:ascii="Arial" w:hAnsi="Arial"/>
          <w:b/>
          <w:color w:val="1F3B5A"/>
          <w:sz w:val="25"/>
          <w:rtl w:val="1"/>
          <w:bCs/>
          <w:szCs w:val="25"/>
        </w:rPr>
        <w:t>הכתבה החדשותית המרכזית (שיתופי · כ־400–450 מילים)</w:t>
      </w:r>
    </w:p>
    <w:p>
      <w:pPr>
        <w:bidi w:val="1"/>
        <w:jc w:val="right"/>
      </w:pPr>
      <w:r>
        <w:rPr>
          <w:rFonts w:cs="Arial" w:ascii="Arial" w:hAnsi="Arial"/>
          <w:rtl w:val="1"/>
        </w:rPr>
        <w:t>‏◯ כותרת ראשית וכותרת משנה</w:t>
      </w:r>
    </w:p>
    <w:p>
      <w:pPr>
        <w:bidi w:val="1"/>
        <w:jc w:val="right"/>
      </w:pPr>
      <w:r>
        <w:rPr>
          <w:rFonts w:cs="Arial" w:ascii="Arial" w:hAnsi="Arial"/>
          <w:rtl w:val="1"/>
        </w:rPr>
        <w:t>‏◯ רכיב חזותי אחד לפחות עם כיתוב</w:t>
      </w:r>
    </w:p>
    <w:p>
      <w:pPr>
        <w:bidi w:val="1"/>
        <w:jc w:val="right"/>
      </w:pPr>
      <w:r>
        <w:rPr>
          <w:rFonts w:cs="Arial" w:ascii="Arial" w:hAnsi="Arial"/>
          <w:rtl w:val="1"/>
        </w:rPr>
        <w:t>‏◯ שני מושגים ספרותיים לפחות, מוסברים ומשולבים בתוכן</w:t>
      </w:r>
    </w:p>
    <w:p>
      <w:pPr>
        <w:bidi w:val="1"/>
        <w:jc w:val="right"/>
      </w:pPr>
      <w:r>
        <w:rPr>
          <w:rFonts w:cs="Arial" w:ascii="Arial" w:hAnsi="Arial"/>
          <w:rtl w:val="1"/>
        </w:rPr>
        <w:t>‏◯ הסתמכות על היצירות כמקורות – יצירה אחת לפחות לכל חבר/ת צוות</w:t>
      </w:r>
    </w:p>
    <w:p>
      <w:pPr>
        <w:bidi w:val="1"/>
        <w:jc w:val="right"/>
      </w:pPr>
      <w:r>
        <w:rPr>
          <w:rFonts w:cs="Arial" w:ascii="Arial" w:hAnsi="Arial"/>
          <w:rtl w:val="1"/>
        </w:rPr>
        <w:t>‏◯ ליד (פסקת פתיחה) שעונה על השאלות החשובות</w:t>
      </w:r>
    </w:p>
    <w:p>
      <w:pPr>
        <w:bidi w:val="1"/>
        <w:jc w:val="right"/>
      </w:pPr>
      <w:r>
        <w:rPr>
          <w:rFonts w:cs="Arial" w:ascii="Arial" w:hAnsi="Arial"/>
          <w:b/>
          <w:rtl w:val="1"/>
          <w:bCs/>
        </w:rPr>
        <w:t xml:space="preserve">💡 </w:t>
      </w:r>
      <w:r>
        <w:rPr>
          <w:rFonts w:cs="Arial" w:ascii="Arial" w:hAnsi="Arial"/>
          <w:rtl w:val="1"/>
        </w:rPr>
        <w:t>כתבו אותה אחרונה מבין הטיוטות הראשונות, אחרי שכל אחד ואחת אספו ציטוטים – כך הכתבה תיבנה על חומר אמיתי ולא על תחושות.</w:t>
      </w:r>
    </w:p>
    <w:p>
      <w:pPr>
        <w:pStyle w:val="Heading3"/>
        <w:bidi w:val="1"/>
        <w:jc w:val="right"/>
      </w:pPr>
      <w:r>
        <w:rPr>
          <w:rFonts w:cs="Arial" w:ascii="Arial" w:hAnsi="Arial"/>
          <w:b/>
          <w:color w:val="1F3B5A"/>
          <w:sz w:val="25"/>
          <w:rtl w:val="1"/>
          <w:bCs/>
          <w:szCs w:val="25"/>
        </w:rPr>
        <w:t>כתבות המשנה (אישי · כ־200–400 מילים לכל כתבה)</w:t>
      </w:r>
    </w:p>
    <w:p>
      <w:pPr>
        <w:bidi w:val="1"/>
        <w:jc w:val="right"/>
      </w:pPr>
      <w:r>
        <w:rPr>
          <w:rFonts w:cs="Arial" w:ascii="Arial" w:hAnsi="Arial"/>
          <w:rtl w:val="1"/>
        </w:rPr>
        <w:t>‏◯ כל חבר/ת צוות כותב/ת כתבה אחת, וכל כתבה מסוג אחר</w:t>
      </w:r>
    </w:p>
    <w:p>
      <w:pPr>
        <w:bidi w:val="1"/>
        <w:jc w:val="right"/>
      </w:pPr>
      <w:r>
        <w:rPr>
          <w:rFonts w:cs="Arial" w:ascii="Arial" w:hAnsi="Arial"/>
          <w:rtl w:val="1"/>
        </w:rPr>
        <w:t>‏◯ כותרת משלה</w:t>
      </w:r>
    </w:p>
    <w:p>
      <w:pPr>
        <w:bidi w:val="1"/>
        <w:jc w:val="right"/>
      </w:pPr>
      <w:r>
        <w:rPr>
          <w:rFonts w:cs="Arial" w:ascii="Arial" w:hAnsi="Arial"/>
          <w:rtl w:val="1"/>
        </w:rPr>
        <w:t>‏◯ מושג ספרותי אחד לפחות</w:t>
      </w:r>
    </w:p>
    <w:p>
      <w:pPr>
        <w:bidi w:val="1"/>
        <w:jc w:val="right"/>
      </w:pPr>
      <w:r>
        <w:rPr>
          <w:rFonts w:cs="Arial" w:ascii="Arial" w:hAnsi="Arial"/>
          <w:rtl w:val="1"/>
        </w:rPr>
        <w:t>‏◯ עמדה אישית ברורה של הכותב/ת</w:t>
      </w:r>
    </w:p>
    <w:p>
      <w:pPr>
        <w:bidi w:val="1"/>
        <w:jc w:val="right"/>
      </w:pPr>
      <w:r>
        <w:rPr>
          <w:rFonts w:cs="Arial" w:ascii="Arial" w:hAnsi="Arial"/>
          <w:rtl w:val="1"/>
        </w:rPr>
        <w:t>‏◯ הסתמכות על שני מקורות או טקסטים לפחות</w:t>
      </w:r>
    </w:p>
    <w:p>
      <w:pPr>
        <w:bidi w:val="1"/>
        <w:jc w:val="right"/>
      </w:pPr>
      <w:r>
        <w:rPr>
          <w:rFonts w:cs="Arial" w:ascii="Arial" w:hAnsi="Arial"/>
          <w:rtl w:val="1"/>
        </w:rPr>
        <w:t>‏◯ רכיב חזותי – רשות</w:t>
      </w:r>
    </w:p>
    <w:p>
      <w:pPr>
        <w:bidi w:val="1"/>
        <w:jc w:val="right"/>
      </w:pPr>
      <w:r>
        <w:rPr>
          <w:rFonts w:cs="Arial" w:ascii="Arial" w:hAnsi="Arial"/>
          <w:b/>
          <w:rtl w:val="1"/>
          <w:bCs/>
        </w:rPr>
        <w:t xml:space="preserve">💡 </w:t>
      </w:r>
      <w:r>
        <w:rPr>
          <w:rFonts w:cs="Arial" w:ascii="Arial" w:hAnsi="Arial"/>
          <w:rtl w:val="1"/>
        </w:rPr>
        <w:t>בחרו סוג כתבה שמתאים לקול שלכם: מי שאוהב/ת להתווכח – טור דעה; מי שסקרן/ית לגבי דמות – ריאיון; מי שאוהב/ת לדמיין – יומן מסע.</w:t>
      </w:r>
    </w:p>
    <w:p>
      <w:pPr>
        <w:pStyle w:val="Heading3"/>
        <w:bidi w:val="1"/>
        <w:jc w:val="right"/>
      </w:pPr>
      <w:r>
        <w:rPr>
          <w:rFonts w:cs="Arial" w:ascii="Arial" w:hAnsi="Arial"/>
          <w:b/>
          <w:color w:val="1F3B5A"/>
          <w:sz w:val="25"/>
          <w:rtl w:val="1"/>
          <w:bCs/>
          <w:szCs w:val="25"/>
        </w:rPr>
        <w:t>דבר העורכים (שיתופי · כ־200–400 מילים)</w:t>
      </w:r>
    </w:p>
    <w:p>
      <w:pPr>
        <w:bidi w:val="1"/>
        <w:jc w:val="right"/>
      </w:pPr>
      <w:r>
        <w:rPr>
          <w:rFonts w:cs="Arial" w:ascii="Arial" w:hAnsi="Arial"/>
          <w:rtl w:val="1"/>
        </w:rPr>
        <w:t>‏◯ כותרת שקושרת את הכתבה המרכזית ואת כל כתבות המשנה</w:t>
      </w:r>
    </w:p>
    <w:p>
      <w:pPr>
        <w:bidi w:val="1"/>
        <w:jc w:val="right"/>
      </w:pPr>
      <w:r>
        <w:rPr>
          <w:rFonts w:cs="Arial" w:ascii="Arial" w:hAnsi="Arial"/>
          <w:rtl w:val="1"/>
        </w:rPr>
        <w:t>‏◯ תובנה משותפת שהצוות הגיע אליה בדיון</w:t>
      </w:r>
    </w:p>
    <w:p>
      <w:pPr>
        <w:bidi w:val="1"/>
        <w:jc w:val="right"/>
      </w:pPr>
      <w:r>
        <w:rPr>
          <w:rFonts w:cs="Arial" w:ascii="Arial" w:hAnsi="Arial"/>
          <w:rtl w:val="1"/>
        </w:rPr>
        <w:t>‏◯ נקודות שבהן חברי הצוות לא הסכימו</w:t>
      </w:r>
    </w:p>
    <w:p>
      <w:pPr>
        <w:bidi w:val="1"/>
        <w:jc w:val="right"/>
      </w:pPr>
      <w:r>
        <w:rPr>
          <w:rFonts w:cs="Arial" w:ascii="Arial" w:hAnsi="Arial"/>
          <w:rtl w:val="1"/>
        </w:rPr>
        <w:t>‏◯ השלכות של התובנה – מה היא אומרת לנו היום</w:t>
      </w:r>
    </w:p>
    <w:p>
      <w:pPr>
        <w:bidi w:val="1"/>
        <w:jc w:val="right"/>
      </w:pPr>
      <w:r>
        <w:rPr>
          <w:rFonts w:cs="Arial" w:ascii="Arial" w:hAnsi="Arial"/>
          <w:rtl w:val="1"/>
        </w:rPr>
        <w:t>‏◯ מושג ספרותי אחד לפחות</w:t>
      </w:r>
    </w:p>
    <w:p>
      <w:pPr>
        <w:bidi w:val="1"/>
        <w:jc w:val="right"/>
      </w:pPr>
      <w:r>
        <w:rPr>
          <w:rFonts w:cs="Arial" w:ascii="Arial" w:hAnsi="Arial"/>
          <w:b/>
          <w:rtl w:val="1"/>
          <w:bCs/>
        </w:rPr>
        <w:t xml:space="preserve">💡 </w:t>
      </w:r>
      <w:r>
        <w:rPr>
          <w:rFonts w:cs="Arial" w:ascii="Arial" w:hAnsi="Arial"/>
          <w:rtl w:val="1"/>
        </w:rPr>
        <w:t>דבר העורכים אינו סיכום. הוא המקום שבו אתם אומרים משהו חדש שלא היה אפשר לומר לפני שכתבתם את כל העיתון.</w:t>
      </w:r>
    </w:p>
    <w:p>
      <w:pPr>
        <w:pStyle w:val="Heading3"/>
        <w:bidi w:val="1"/>
        <w:jc w:val="right"/>
      </w:pPr>
      <w:r>
        <w:rPr>
          <w:rFonts w:cs="Arial" w:ascii="Arial" w:hAnsi="Arial"/>
          <w:b/>
          <w:color w:val="1F3B5A"/>
          <w:sz w:val="25"/>
          <w:rtl w:val="1"/>
          <w:bCs/>
          <w:szCs w:val="25"/>
        </w:rPr>
        <w:t>משוב אישי (אישי · כ־200–250 מילים)</w:t>
      </w:r>
    </w:p>
    <w:p>
      <w:pPr>
        <w:bidi w:val="1"/>
        <w:jc w:val="right"/>
      </w:pPr>
      <w:r>
        <w:rPr>
          <w:rFonts w:cs="Arial" w:ascii="Arial" w:hAnsi="Arial"/>
          <w:rtl w:val="1"/>
        </w:rPr>
        <w:t>‏◯ כתיבה בגוף ראשון על התהליך שעברתי</w:t>
      </w:r>
    </w:p>
    <w:p>
      <w:pPr>
        <w:bidi w:val="1"/>
        <w:jc w:val="right"/>
      </w:pPr>
      <w:r>
        <w:rPr>
          <w:rFonts w:cs="Arial" w:ascii="Arial" w:hAnsi="Arial"/>
          <w:rtl w:val="1"/>
        </w:rPr>
        <w:t>‏◯ דוגמה מוחשית לרגע של קושי ולרגע של הצלחה</w:t>
      </w:r>
    </w:p>
    <w:p>
      <w:pPr>
        <w:bidi w:val="1"/>
        <w:jc w:val="right"/>
      </w:pPr>
      <w:r>
        <w:rPr>
          <w:rFonts w:cs="Arial" w:ascii="Arial" w:hAnsi="Arial"/>
          <w:rtl w:val="1"/>
        </w:rPr>
        <w:t>‏◯ התייחסות לעבודת הצוות ולתפקיד שלי בה</w:t>
      </w:r>
    </w:p>
    <w:p>
      <w:pPr>
        <w:bidi w:val="1"/>
        <w:jc w:val="right"/>
      </w:pPr>
      <w:r>
        <w:rPr>
          <w:rFonts w:cs="Arial" w:ascii="Arial" w:hAnsi="Arial"/>
          <w:rtl w:val="1"/>
        </w:rPr>
        <w:t>‏◯ מה למדתי על היצירות ועל עצמי כקורא/ת וככותב/ת</w:t>
      </w:r>
    </w:p>
    <w:p>
      <w:pPr>
        <w:bidi w:val="1"/>
        <w:jc w:val="right"/>
      </w:pPr>
      <w:r>
        <w:rPr>
          <w:rFonts w:cs="Arial" w:ascii="Arial" w:hAnsi="Arial"/>
          <w:b/>
          <w:rtl w:val="1"/>
          <w:bCs/>
        </w:rPr>
        <w:t xml:space="preserve">💡 </w:t>
      </w:r>
      <w:r>
        <w:rPr>
          <w:rFonts w:cs="Arial" w:ascii="Arial" w:hAnsi="Arial"/>
          <w:rtl w:val="1"/>
        </w:rPr>
        <w:t>כנות שווה יותר מיופי. משוב שמודה בטעות ומסביר מה למדתם ממנה חזק בהרבה ממשוב שכולו "היה מעולה".</w:t>
      </w:r>
    </w:p>
    <w:p>
      <w:pPr>
        <w:pStyle w:val="Heading2"/>
        <w:bidi w:val="1"/>
        <w:jc w:val="right"/>
      </w:pPr>
      <w:r>
        <w:rPr>
          <w:rFonts w:cs="Arial" w:ascii="Arial" w:hAnsi="Arial"/>
          <w:b/>
          <w:color w:val="1F3B5A"/>
          <w:sz w:val="28"/>
          <w:rtl w:val="1"/>
          <w:bCs/>
          <w:szCs w:val="28"/>
        </w:rPr>
        <w:t>שלב אחר שלב</w:t>
      </w:r>
    </w:p>
    <w:p>
      <w:pPr>
        <w:bidi w:val="1"/>
        <w:jc w:val="right"/>
      </w:pPr>
      <w:r>
        <w:rPr>
          <w:rFonts w:cs="Arial" w:ascii="Arial" w:hAnsi="Arial"/>
          <w:rtl w:val="1"/>
        </w:rPr>
        <w:t>1. מרכיבים מערכת: התחלקו לצוותים של שניים או שלושה, הכירו את המשימה כולה וחלקו ביניכם תפקידים במערכת. כל אחד ואחת לוקחים שני תפקידים.</w:t>
      </w:r>
    </w:p>
    <w:p>
      <w:pPr>
        <w:bidi w:val="1"/>
        <w:jc w:val="right"/>
      </w:pPr>
      <w:r>
        <w:rPr>
          <w:rFonts w:cs="Arial" w:ascii="Arial" w:hAnsi="Arial"/>
          <w:rtl w:val="1"/>
        </w:rPr>
        <w:t>2. חוזרים אל היצירות: קראו שוב את היצירות שהמורה בחר/ה לסוגה שלכם. סמנו משפטים, תמונות ורגעים שנוגעים בכם, ורשמו שאלות שעולות.</w:t>
      </w:r>
    </w:p>
    <w:p>
      <w:pPr>
        <w:bidi w:val="1"/>
        <w:jc w:val="right"/>
      </w:pPr>
      <w:r>
        <w:rPr>
          <w:rFonts w:cs="Arial" w:ascii="Arial" w:hAnsi="Arial"/>
          <w:rtl w:val="1"/>
        </w:rPr>
        <w:t>3. בוחרים נושא חוצה יצירות: חפשו נושא שמופיע בכל היצירות אבל בדרך שונה בכל אחת. נסחו אותו כשאלה פתוחה ובדקו אותו במבחן הנושא.</w:t>
      </w:r>
    </w:p>
    <w:p>
      <w:pPr>
        <w:bidi w:val="1"/>
        <w:jc w:val="right"/>
      </w:pPr>
      <w:r>
        <w:rPr>
          <w:rFonts w:cs="Arial" w:ascii="Arial" w:hAnsi="Arial"/>
          <w:rtl w:val="1"/>
        </w:rPr>
        <w:t>4. אוספים מקורות ומושגים: לכל יצירה בחרו ציטוטים קצרים שמשרתים את הנושא, וזהו אילו מושגים ספרותיים עוזרים להסביר אותם. רשמו בדיוק מאיפה כל ציטוט לקוח.</w:t>
      </w:r>
    </w:p>
    <w:p>
      <w:pPr>
        <w:bidi w:val="1"/>
        <w:jc w:val="right"/>
      </w:pPr>
      <w:r>
        <w:rPr>
          <w:rFonts w:cs="Arial" w:ascii="Arial" w:hAnsi="Arial"/>
          <w:rtl w:val="1"/>
        </w:rPr>
        <w:t>5. מתכננים את העיתון: החליטו על הכותרת הראשית, על הזווית של הכתבה המרכזית ועל סוג כתבת המשנה של כל אחד ואחת. שרטטו את עמוד העיתון בכתב יד.</w:t>
      </w:r>
    </w:p>
    <w:p>
      <w:pPr>
        <w:bidi w:val="1"/>
        <w:jc w:val="right"/>
      </w:pPr>
      <w:r>
        <w:rPr>
          <w:rFonts w:cs="Arial" w:ascii="Arial" w:hAnsi="Arial"/>
          <w:rtl w:val="1"/>
        </w:rPr>
        <w:t>6. כותבים טיוטה ראשונה: כתבו את הכתבה המרכזית יחד ואת כתבות המשנה כל אחד ואחת לבד. אל תחכו לניסוח מושלם – קודם תוכן, אחר כך ליטוש.</w:t>
      </w:r>
    </w:p>
    <w:p>
      <w:pPr>
        <w:bidi w:val="1"/>
        <w:jc w:val="right"/>
      </w:pPr>
      <w:r>
        <w:rPr>
          <w:rFonts w:cs="Arial" w:ascii="Arial" w:hAnsi="Arial"/>
          <w:rtl w:val="1"/>
        </w:rPr>
        <w:t>7. יוצרים רכיב חזותי: ציירו, צלמו בעצמכם, בנו תרשים או ציר זמן. כתבו כיתוב שמסביר את הקשר לנושא ולמושג ספרותי.</w:t>
      </w:r>
    </w:p>
    <w:p>
      <w:pPr>
        <w:bidi w:val="1"/>
        <w:jc w:val="right"/>
      </w:pPr>
      <w:r>
        <w:rPr>
          <w:rFonts w:cs="Arial" w:ascii="Arial" w:hAnsi="Arial"/>
          <w:rtl w:val="1"/>
        </w:rPr>
        <w:t>8. מנהלים דיון עורכים: שבו יחד, קראו את כל הכתבות ודברו: מה למדנו? איפה אנחנו מסכימים ואיפה לא? כתבו את דבר העורכים מתוך הדיון.</w:t>
      </w:r>
    </w:p>
    <w:p>
      <w:pPr>
        <w:bidi w:val="1"/>
        <w:jc w:val="right"/>
      </w:pPr>
      <w:r>
        <w:rPr>
          <w:rFonts w:cs="Arial" w:ascii="Arial" w:hAnsi="Arial"/>
          <w:rtl w:val="1"/>
        </w:rPr>
        <w:t>9. עורכים, מלטשים ובודקים: החליפו טיוטות, תנו משוב עמיתים, בדקו ציטוטים ומספרי מילים, תקנו לשון ועצבו את העיתון.</w:t>
      </w:r>
    </w:p>
    <w:p>
      <w:pPr>
        <w:bidi w:val="1"/>
        <w:jc w:val="right"/>
      </w:pPr>
      <w:r>
        <w:rPr>
          <w:rFonts w:cs="Arial" w:ascii="Arial" w:hAnsi="Arial"/>
          <w:rtl w:val="1"/>
        </w:rPr>
        <w:t>10. מגישים וכותבים משוב אישי: הגישו את העיתון, וכל אחד ואחת כותבים משוב אישי על הדרך שעברתם.</w:t>
      </w:r>
    </w:p>
    <w:p>
      <w:pPr>
        <w:pStyle w:val="Heading1"/>
        <w:bidi w:val="1"/>
        <w:jc w:val="right"/>
      </w:pPr>
      <w:r>
        <w:rPr>
          <w:rFonts w:cs="Arial" w:ascii="Arial" w:hAnsi="Arial"/>
          <w:b/>
          <w:color w:val="7B1E2B"/>
          <w:sz w:val="34"/>
          <w:rtl w:val="1"/>
          <w:bCs/>
          <w:szCs w:val="34"/>
        </w:rPr>
        <w:t>חלק ב׳ – לוח זמנים ותפקידים</w:t>
      </w:r>
    </w:p>
    <w:p>
      <w:pPr>
        <w:bidi w:val="1"/>
        <w:jc w:val="right"/>
      </w:pPr>
      <w:r>
        <w:rPr>
          <w:rFonts w:cs="Arial" w:ascii="Arial" w:hAnsi="Arial"/>
          <w:color w:val="5A4632"/>
          <w:rtl w:val="1"/>
        </w:rPr>
        <w:t>שישה שבועות ושישה תפקידים. כל אחד ואחת מחזיקים שני תפקידים.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שבוע</w:t>
            </w:r>
          </w:p>
        </w:tc>
        <w:tc>
          <w:tcPr>
            <w:tcW w:type="dxa" w:w="3364"/>
          </w:tcPr>
          <w:p>
            <w:pPr>
              <w:bidi w:val="1"/>
              <w:jc w:val="right"/>
            </w:pPr>
            <w:r>
              <w:rPr>
                <w:rFonts w:cs="Arial" w:ascii="Arial" w:hAnsi="Arial"/>
                <w:b/>
                <w:rtl w:val="1"/>
                <w:bCs/>
              </w:rPr>
              <w:t>מה עושים</w:t>
            </w:r>
          </w:p>
        </w:tc>
        <w:tc>
          <w:tcPr>
            <w:tcW w:type="dxa" w:w="3364"/>
          </w:tcPr>
          <w:p>
            <w:pPr>
              <w:bidi w:val="1"/>
              <w:jc w:val="right"/>
            </w:pPr>
            <w:r>
              <w:rPr>
                <w:rFonts w:cs="Arial" w:ascii="Arial" w:hAnsi="Arial"/>
                <w:b/>
                <w:rtl w:val="1"/>
                <w:bCs/>
              </w:rPr>
              <w:t>נקודת בדיקה</w:t>
            </w:r>
          </w:p>
        </w:tc>
      </w:tr>
      <w:tr>
        <w:tc>
          <w:tcPr>
            <w:tcW w:type="dxa" w:w="3364"/>
          </w:tcPr>
          <w:p>
            <w:pPr>
              <w:bidi w:val="1"/>
              <w:jc w:val="right"/>
            </w:pPr>
            <w:r>
              <w:rPr>
                <w:rFonts w:cs="Arial" w:ascii="Arial" w:hAnsi="Arial"/>
                <w:rtl w:val="1"/>
              </w:rPr>
              <w:t>1: השקת המערכת</w:t>
            </w:r>
          </w:p>
        </w:tc>
        <w:tc>
          <w:tcPr>
            <w:tcW w:type="dxa" w:w="3364"/>
          </w:tcPr>
          <w:p>
            <w:pPr>
              <w:bidi w:val="1"/>
              <w:jc w:val="right"/>
            </w:pPr>
            <w:r>
              <w:rPr>
                <w:rFonts w:cs="Arial" w:ascii="Arial" w:hAnsi="Arial"/>
                <w:rtl w:val="1"/>
              </w:rPr>
              <w:t>היכרות עם המשימה ועם ארבעת החלקים · הרכבת צוות וחלוקת תפקידים · קריאה חוזרת של היצירות ודף רשמים אישי</w:t>
            </w:r>
          </w:p>
        </w:tc>
        <w:tc>
          <w:tcPr>
            <w:tcW w:type="dxa" w:w="3364"/>
          </w:tcPr>
          <w:p>
            <w:pPr>
              <w:bidi w:val="1"/>
              <w:jc w:val="right"/>
            </w:pPr>
            <w:r>
              <w:rPr>
                <w:rFonts w:cs="Arial" w:ascii="Arial" w:hAnsi="Arial"/>
                <w:rtl w:val="1"/>
              </w:rPr>
              <w:t>המורה מאשר/ת את הרכב הצוות ואת חלוקת התפקידים</w:t>
            </w:r>
          </w:p>
        </w:tc>
      </w:tr>
      <w:tr>
        <w:tc>
          <w:tcPr>
            <w:tcW w:type="dxa" w:w="3364"/>
          </w:tcPr>
          <w:p>
            <w:pPr>
              <w:bidi w:val="1"/>
              <w:jc w:val="right"/>
            </w:pPr>
            <w:r>
              <w:rPr>
                <w:rFonts w:cs="Arial" w:ascii="Arial" w:hAnsi="Arial"/>
                <w:rtl w:val="1"/>
              </w:rPr>
              <w:t>2: מוצאים את הסיפור</w:t>
            </w:r>
          </w:p>
        </w:tc>
        <w:tc>
          <w:tcPr>
            <w:tcW w:type="dxa" w:w="3364"/>
          </w:tcPr>
          <w:p>
            <w:pPr>
              <w:bidi w:val="1"/>
              <w:jc w:val="right"/>
            </w:pPr>
            <w:r>
              <w:rPr>
                <w:rFonts w:cs="Arial" w:ascii="Arial" w:hAnsi="Arial"/>
                <w:rtl w:val="1"/>
              </w:rPr>
              <w:t>סיעור מוחות על נושאים אפשריים · בחירת נושא וניסוחו כשאלה פתוחה · מבחן הנושא – האם הוא באמת עובר בכל היצירות?</w:t>
            </w:r>
          </w:p>
        </w:tc>
        <w:tc>
          <w:tcPr>
            <w:tcW w:type="dxa" w:w="3364"/>
          </w:tcPr>
          <w:p>
            <w:pPr>
              <w:bidi w:val="1"/>
              <w:jc w:val="right"/>
            </w:pPr>
            <w:r>
              <w:rPr>
                <w:rFonts w:cs="Arial" w:ascii="Arial" w:hAnsi="Arial"/>
                <w:rtl w:val="1"/>
              </w:rPr>
              <w:t>הצגת הנושא בשתי דקות והסבר הקשר לכל יצירה</w:t>
            </w:r>
          </w:p>
        </w:tc>
      </w:tr>
      <w:tr>
        <w:tc>
          <w:tcPr>
            <w:tcW w:type="dxa" w:w="3364"/>
          </w:tcPr>
          <w:p>
            <w:pPr>
              <w:bidi w:val="1"/>
              <w:jc w:val="right"/>
            </w:pPr>
            <w:r>
              <w:rPr>
                <w:rFonts w:cs="Arial" w:ascii="Arial" w:hAnsi="Arial"/>
                <w:rtl w:val="1"/>
              </w:rPr>
              <w:t>3: שולחן המקורות</w:t>
            </w:r>
          </w:p>
        </w:tc>
        <w:tc>
          <w:tcPr>
            <w:tcW w:type="dxa" w:w="3364"/>
          </w:tcPr>
          <w:p>
            <w:pPr>
              <w:bidi w:val="1"/>
              <w:jc w:val="right"/>
            </w:pPr>
            <w:r>
              <w:rPr>
                <w:rFonts w:cs="Arial" w:ascii="Arial" w:hAnsi="Arial"/>
                <w:rtl w:val="1"/>
              </w:rPr>
              <w:t>בניית טבלת מקורות עם ציטוטים מדויקים · בחירת מושגים ספרותיים לכל חלק · שרטוט עמוד העיתון ובחירת סוגי כתבות המשנה</w:t>
            </w:r>
          </w:p>
        </w:tc>
        <w:tc>
          <w:tcPr>
            <w:tcW w:type="dxa" w:w="3364"/>
          </w:tcPr>
          <w:p>
            <w:pPr>
              <w:bidi w:val="1"/>
              <w:jc w:val="right"/>
            </w:pPr>
            <w:r>
              <w:rPr>
                <w:rFonts w:cs="Arial" w:ascii="Arial" w:hAnsi="Arial"/>
                <w:rtl w:val="1"/>
              </w:rPr>
              <w:t>בדיקת אמצע: טבלת מקורות ותוכנית כתיבה</w:t>
            </w:r>
          </w:p>
        </w:tc>
      </w:tr>
      <w:tr>
        <w:tc>
          <w:tcPr>
            <w:tcW w:type="dxa" w:w="3364"/>
          </w:tcPr>
          <w:p>
            <w:pPr>
              <w:bidi w:val="1"/>
              <w:jc w:val="right"/>
            </w:pPr>
            <w:r>
              <w:rPr>
                <w:rFonts w:cs="Arial" w:ascii="Arial" w:hAnsi="Arial"/>
                <w:rtl w:val="1"/>
              </w:rPr>
              <w:t>4: דפוס ראשון</w:t>
            </w:r>
          </w:p>
        </w:tc>
        <w:tc>
          <w:tcPr>
            <w:tcW w:type="dxa" w:w="3364"/>
          </w:tcPr>
          <w:p>
            <w:pPr>
              <w:bidi w:val="1"/>
              <w:jc w:val="right"/>
            </w:pPr>
            <w:r>
              <w:rPr>
                <w:rFonts w:cs="Arial" w:ascii="Arial" w:hAnsi="Arial"/>
                <w:rtl w:val="1"/>
              </w:rPr>
              <w:t>טיוטה של הכתבה המרכזית · טיוטות של כתבות המשנה · רעיון ראשון לרכיב החזותי</w:t>
            </w:r>
          </w:p>
        </w:tc>
        <w:tc>
          <w:tcPr>
            <w:tcW w:type="dxa" w:w="3364"/>
          </w:tcPr>
          <w:p>
            <w:pPr>
              <w:bidi w:val="1"/>
              <w:jc w:val="right"/>
            </w:pPr>
            <w:r>
              <w:rPr>
                <w:rFonts w:cs="Arial" w:ascii="Arial" w:hAnsi="Arial"/>
                <w:rtl w:val="1"/>
              </w:rPr>
              <w:t>המורה קורא/ת טיוטה אחת ונותן/ת משוב ממוקד</w:t>
            </w:r>
          </w:p>
        </w:tc>
      </w:tr>
      <w:tr>
        <w:tc>
          <w:tcPr>
            <w:tcW w:type="dxa" w:w="3364"/>
          </w:tcPr>
          <w:p>
            <w:pPr>
              <w:bidi w:val="1"/>
              <w:jc w:val="right"/>
            </w:pPr>
            <w:r>
              <w:rPr>
                <w:rFonts w:cs="Arial" w:ascii="Arial" w:hAnsi="Arial"/>
                <w:rtl w:val="1"/>
              </w:rPr>
              <w:t>5: ישיבת מערכת</w:t>
            </w:r>
          </w:p>
        </w:tc>
        <w:tc>
          <w:tcPr>
            <w:tcW w:type="dxa" w:w="3364"/>
          </w:tcPr>
          <w:p>
            <w:pPr>
              <w:bidi w:val="1"/>
              <w:jc w:val="right"/>
            </w:pPr>
            <w:r>
              <w:rPr>
                <w:rFonts w:cs="Arial" w:ascii="Arial" w:hAnsi="Arial"/>
                <w:rtl w:val="1"/>
              </w:rPr>
              <w:t>דיון עורכים מתועד · טיוטה של דבר העורכים · משוב עמיתים בין צוותים</w:t>
            </w:r>
          </w:p>
        </w:tc>
        <w:tc>
          <w:tcPr>
            <w:tcW w:type="dxa" w:w="3364"/>
          </w:tcPr>
          <w:p>
            <w:pPr>
              <w:bidi w:val="1"/>
              <w:jc w:val="right"/>
            </w:pPr>
            <w:r>
              <w:rPr>
                <w:rFonts w:cs="Arial" w:ascii="Arial" w:hAnsi="Arial"/>
                <w:rtl w:val="1"/>
              </w:rPr>
              <w:t>הצגת התובנה המשותפת ונקודת מחלוקת אחת</w:t>
            </w:r>
          </w:p>
        </w:tc>
      </w:tr>
      <w:tr>
        <w:tc>
          <w:tcPr>
            <w:tcW w:type="dxa" w:w="3364"/>
          </w:tcPr>
          <w:p>
            <w:pPr>
              <w:bidi w:val="1"/>
              <w:jc w:val="right"/>
            </w:pPr>
            <w:r>
              <w:rPr>
                <w:rFonts w:cs="Arial" w:ascii="Arial" w:hAnsi="Arial"/>
                <w:rtl w:val="1"/>
              </w:rPr>
              <w:t>6: יוצאים לדפוס</w:t>
            </w:r>
          </w:p>
        </w:tc>
        <w:tc>
          <w:tcPr>
            <w:tcW w:type="dxa" w:w="3364"/>
          </w:tcPr>
          <w:p>
            <w:pPr>
              <w:bidi w:val="1"/>
              <w:jc w:val="right"/>
            </w:pPr>
            <w:r>
              <w:rPr>
                <w:rFonts w:cs="Arial" w:ascii="Arial" w:hAnsi="Arial"/>
                <w:rtl w:val="1"/>
              </w:rPr>
              <w:t>עריכה לשונית ובדיקת ציטוטים · עיצוב סופי ובדיקת מספרי מילים · הגשת העיתון וכתיבת משוב אישי</w:t>
            </w:r>
          </w:p>
        </w:tc>
        <w:tc>
          <w:tcPr>
            <w:tcW w:type="dxa" w:w="3364"/>
          </w:tcPr>
          <w:p>
            <w:pPr>
              <w:bidi w:val="1"/>
              <w:jc w:val="right"/>
            </w:pPr>
            <w:r>
              <w:rPr>
                <w:rFonts w:cs="Arial" w:ascii="Arial" w:hAnsi="Arial"/>
                <w:rtl w:val="1"/>
              </w:rPr>
              <w:t>רשימת בדיקה סופית חתומה בידי כל הצוות</w:t>
            </w:r>
          </w:p>
        </w:tc>
      </w:tr>
    </w:tbl>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תפקיד</w:t>
            </w:r>
          </w:p>
        </w:tc>
        <w:tc>
          <w:tcPr>
            <w:tcW w:type="dxa" w:w="3364"/>
          </w:tcPr>
          <w:p>
            <w:pPr>
              <w:bidi w:val="1"/>
              <w:jc w:val="right"/>
            </w:pPr>
            <w:r>
              <w:rPr>
                <w:rFonts w:cs="Arial" w:ascii="Arial" w:hAnsi="Arial"/>
                <w:b/>
                <w:rtl w:val="1"/>
                <w:bCs/>
              </w:rPr>
              <w:t>המשימה</w:t>
            </w:r>
          </w:p>
        </w:tc>
        <w:tc>
          <w:tcPr>
            <w:tcW w:type="dxa" w:w="3364"/>
          </w:tcPr>
          <w:p>
            <w:pPr>
              <w:bidi w:val="1"/>
              <w:jc w:val="right"/>
            </w:pPr>
            <w:r>
              <w:rPr>
                <w:rFonts w:cs="Arial" w:ascii="Arial" w:hAnsi="Arial"/>
                <w:b/>
                <w:rtl w:val="1"/>
                <w:bCs/>
              </w:rPr>
              <w:t>מי אצלנו?</w:t>
            </w:r>
          </w:p>
        </w:tc>
      </w:tr>
      <w:tr>
        <w:tc>
          <w:tcPr>
            <w:tcW w:type="dxa" w:w="3364"/>
          </w:tcPr>
          <w:p>
            <w:pPr>
              <w:bidi w:val="1"/>
              <w:jc w:val="right"/>
            </w:pPr>
            <w:r>
              <w:rPr>
                <w:rFonts w:cs="Arial" w:ascii="Arial" w:hAnsi="Arial"/>
                <w:rtl w:val="1"/>
              </w:rPr>
              <w:t>🗞️ עורך/ת ראשי/ת</w:t>
            </w:r>
          </w:p>
        </w:tc>
        <w:tc>
          <w:tcPr>
            <w:tcW w:type="dxa" w:w="3364"/>
          </w:tcPr>
          <w:p>
            <w:pPr>
              <w:bidi w:val="1"/>
              <w:jc w:val="right"/>
            </w:pPr>
            <w:r>
              <w:rPr>
                <w:rFonts w:cs="Arial" w:ascii="Arial" w:hAnsi="Arial"/>
                <w:rtl w:val="1"/>
              </w:rPr>
              <w:t>שומר/ת על החזון של העיתון ודואג/ת שכל החלקים מדברים על אותו נושא.</w:t>
            </w:r>
          </w:p>
        </w:tc>
        <w:tc>
          <w:tcPr>
            <w:tcW w:type="dxa" w:w="3364"/>
          </w:tcPr>
          <w:p>
            <w:pPr>
              <w:bidi w:val="1"/>
              <w:jc w:val="right"/>
            </w:pPr>
            <w:r>
              <w:rPr>
                <w:rFonts w:cs="Arial" w:ascii="Arial" w:hAnsi="Arial"/>
                <w:rtl w:val="1"/>
              </w:rPr>
            </w:r>
          </w:p>
        </w:tc>
      </w:tr>
      <w:tr>
        <w:tc>
          <w:tcPr>
            <w:tcW w:type="dxa" w:w="3364"/>
          </w:tcPr>
          <w:p>
            <w:pPr>
              <w:bidi w:val="1"/>
              <w:jc w:val="right"/>
            </w:pPr>
            <w:r>
              <w:rPr>
                <w:rFonts w:cs="Arial" w:ascii="Arial" w:hAnsi="Arial"/>
                <w:rtl w:val="1"/>
              </w:rPr>
              <w:t>✍️ כתב/ת</w:t>
            </w:r>
          </w:p>
        </w:tc>
        <w:tc>
          <w:tcPr>
            <w:tcW w:type="dxa" w:w="3364"/>
          </w:tcPr>
          <w:p>
            <w:pPr>
              <w:bidi w:val="1"/>
              <w:jc w:val="right"/>
            </w:pPr>
            <w:r>
              <w:rPr>
                <w:rFonts w:cs="Arial" w:ascii="Arial" w:hAnsi="Arial"/>
                <w:rtl w:val="1"/>
              </w:rPr>
              <w:t>אחראי/ת לכך שהכתבה המרכזית כתובה כחדשות: ברורה, מבוססת ומעניינת.</w:t>
            </w:r>
          </w:p>
        </w:tc>
        <w:tc>
          <w:tcPr>
            <w:tcW w:type="dxa" w:w="3364"/>
          </w:tcPr>
          <w:p>
            <w:pPr>
              <w:bidi w:val="1"/>
              <w:jc w:val="right"/>
            </w:pPr>
            <w:r>
              <w:rPr>
                <w:rFonts w:cs="Arial" w:ascii="Arial" w:hAnsi="Arial"/>
                <w:rtl w:val="1"/>
              </w:rPr>
            </w:r>
          </w:p>
        </w:tc>
      </w:tr>
      <w:tr>
        <w:tc>
          <w:tcPr>
            <w:tcW w:type="dxa" w:w="3364"/>
          </w:tcPr>
          <w:p>
            <w:pPr>
              <w:bidi w:val="1"/>
              <w:jc w:val="right"/>
            </w:pPr>
            <w:r>
              <w:rPr>
                <w:rFonts w:cs="Arial" w:ascii="Arial" w:hAnsi="Arial"/>
                <w:rtl w:val="1"/>
              </w:rPr>
              <w:t>🎨 גרפיקאי/ת ועורך/ת חזותי/ת</w:t>
            </w:r>
          </w:p>
        </w:tc>
        <w:tc>
          <w:tcPr>
            <w:tcW w:type="dxa" w:w="3364"/>
          </w:tcPr>
          <w:p>
            <w:pPr>
              <w:bidi w:val="1"/>
              <w:jc w:val="right"/>
            </w:pPr>
            <w:r>
              <w:rPr>
                <w:rFonts w:cs="Arial" w:ascii="Arial" w:hAnsi="Arial"/>
                <w:rtl w:val="1"/>
              </w:rPr>
              <w:t>דואג/ת שהעיתון ייראה כמו עיתון ושהרכיב החזותי יספר משהו ולא רק יקשט.</w:t>
            </w:r>
          </w:p>
        </w:tc>
        <w:tc>
          <w:tcPr>
            <w:tcW w:type="dxa" w:w="3364"/>
          </w:tcPr>
          <w:p>
            <w:pPr>
              <w:bidi w:val="1"/>
              <w:jc w:val="right"/>
            </w:pPr>
            <w:r>
              <w:rPr>
                <w:rFonts w:cs="Arial" w:ascii="Arial" w:hAnsi="Arial"/>
                <w:rtl w:val="1"/>
              </w:rPr>
            </w:r>
          </w:p>
        </w:tc>
      </w:tr>
      <w:tr>
        <w:tc>
          <w:tcPr>
            <w:tcW w:type="dxa" w:w="3364"/>
          </w:tcPr>
          <w:p>
            <w:pPr>
              <w:bidi w:val="1"/>
              <w:jc w:val="right"/>
            </w:pPr>
            <w:r>
              <w:rPr>
                <w:rFonts w:cs="Arial" w:ascii="Arial" w:hAnsi="Arial"/>
                <w:rtl w:val="1"/>
              </w:rPr>
              <w:t>🔎 בודק/ת עובדות ומקורות</w:t>
            </w:r>
          </w:p>
        </w:tc>
        <w:tc>
          <w:tcPr>
            <w:tcW w:type="dxa" w:w="3364"/>
          </w:tcPr>
          <w:p>
            <w:pPr>
              <w:bidi w:val="1"/>
              <w:jc w:val="right"/>
            </w:pPr>
            <w:r>
              <w:rPr>
                <w:rFonts w:cs="Arial" w:ascii="Arial" w:hAnsi="Arial"/>
                <w:rtl w:val="1"/>
              </w:rPr>
              <w:t>מוודא/ת שכל ציטוט מדויק, מסומן ומופיע במקומו הנכון ביצירה.</w:t>
            </w:r>
          </w:p>
        </w:tc>
        <w:tc>
          <w:tcPr>
            <w:tcW w:type="dxa" w:w="3364"/>
          </w:tcPr>
          <w:p>
            <w:pPr>
              <w:bidi w:val="1"/>
              <w:jc w:val="right"/>
            </w:pPr>
            <w:r>
              <w:rPr>
                <w:rFonts w:cs="Arial" w:ascii="Arial" w:hAnsi="Arial"/>
                <w:rtl w:val="1"/>
              </w:rPr>
            </w:r>
          </w:p>
        </w:tc>
      </w:tr>
      <w:tr>
        <w:tc>
          <w:tcPr>
            <w:tcW w:type="dxa" w:w="3364"/>
          </w:tcPr>
          <w:p>
            <w:pPr>
              <w:bidi w:val="1"/>
              <w:jc w:val="right"/>
            </w:pPr>
            <w:r>
              <w:rPr>
                <w:rFonts w:cs="Arial" w:ascii="Arial" w:hAnsi="Arial"/>
                <w:rtl w:val="1"/>
              </w:rPr>
              <w:t>📝 עורך/ת לשון</w:t>
            </w:r>
          </w:p>
        </w:tc>
        <w:tc>
          <w:tcPr>
            <w:tcW w:type="dxa" w:w="3364"/>
          </w:tcPr>
          <w:p>
            <w:pPr>
              <w:bidi w:val="1"/>
              <w:jc w:val="right"/>
            </w:pPr>
            <w:r>
              <w:rPr>
                <w:rFonts w:cs="Arial" w:ascii="Arial" w:hAnsi="Arial"/>
                <w:rtl w:val="1"/>
              </w:rPr>
              <w:t>מלטש/ת את הניסוח כך שיהיה תקני, בהיר ומתאים לסוג הכתבה.</w:t>
            </w:r>
          </w:p>
        </w:tc>
        <w:tc>
          <w:tcPr>
            <w:tcW w:type="dxa" w:w="3364"/>
          </w:tcPr>
          <w:p>
            <w:pPr>
              <w:bidi w:val="1"/>
              <w:jc w:val="right"/>
            </w:pPr>
            <w:r>
              <w:rPr>
                <w:rFonts w:cs="Arial" w:ascii="Arial" w:hAnsi="Arial"/>
                <w:rtl w:val="1"/>
              </w:rPr>
            </w:r>
          </w:p>
        </w:tc>
      </w:tr>
      <w:tr>
        <w:tc>
          <w:tcPr>
            <w:tcW w:type="dxa" w:w="3364"/>
          </w:tcPr>
          <w:p>
            <w:pPr>
              <w:bidi w:val="1"/>
              <w:jc w:val="right"/>
            </w:pPr>
            <w:r>
              <w:rPr>
                <w:rFonts w:cs="Arial" w:ascii="Arial" w:hAnsi="Arial"/>
                <w:rtl w:val="1"/>
              </w:rPr>
              <w:t>⏰ מנהל/ת זמנים וקשר</w:t>
            </w:r>
          </w:p>
        </w:tc>
        <w:tc>
          <w:tcPr>
            <w:tcW w:type="dxa" w:w="3364"/>
          </w:tcPr>
          <w:p>
            <w:pPr>
              <w:bidi w:val="1"/>
              <w:jc w:val="right"/>
            </w:pPr>
            <w:r>
              <w:rPr>
                <w:rFonts w:cs="Arial" w:ascii="Arial" w:hAnsi="Arial"/>
                <w:rtl w:val="1"/>
              </w:rPr>
              <w:t>שומר/ת על לוח הזמנים ועל התקשורת בצוות ועם המורה.</w:t>
            </w:r>
          </w:p>
        </w:tc>
        <w:tc>
          <w:tcPr>
            <w:tcW w:type="dxa" w:w="3364"/>
          </w:tcPr>
          <w:p>
            <w:pPr>
              <w:bidi w:val="1"/>
              <w:jc w:val="right"/>
            </w:pPr>
            <w:r>
              <w:rPr>
                <w:rFonts w:cs="Arial" w:ascii="Arial" w:hAnsi="Arial"/>
                <w:rtl w:val="1"/>
              </w:rPr>
            </w:r>
          </w:p>
        </w:tc>
      </w:tr>
    </w:tbl>
    <w:p/>
    <w:p>
      <w:pPr>
        <w:pStyle w:val="Heading1"/>
        <w:bidi w:val="1"/>
        <w:jc w:val="right"/>
      </w:pPr>
      <w:r>
        <w:rPr>
          <w:rFonts w:cs="Arial" w:ascii="Arial" w:hAnsi="Arial"/>
          <w:b/>
          <w:color w:val="7B1E2B"/>
          <w:sz w:val="34"/>
          <w:rtl w:val="1"/>
          <w:bCs/>
          <w:szCs w:val="34"/>
        </w:rPr>
        <w:t>חלק ג׳ – בוחרים נושא שחוצה יצירות</w:t>
      </w:r>
    </w:p>
    <w:p>
      <w:pPr>
        <w:bidi w:val="1"/>
        <w:jc w:val="right"/>
      </w:pPr>
      <w:r>
        <w:rPr>
          <w:rFonts w:cs="Arial" w:ascii="Arial" w:hAnsi="Arial"/>
          <w:color w:val="5A4632"/>
          <w:rtl w:val="1"/>
        </w:rPr>
        <w:t>הנושא הוא הלב של העיתון. נושא טוב הוא לא מילה אחת שמודבקת על היצירות, אלא שאלה שכל יצירה עונה עליה אחרת – ולכן יש על מה לכתוב, להתווכח ולגלות.</w:t>
      </w:r>
    </w:p>
    <w:p>
      <w:pPr>
        <w:bidi w:val="1"/>
        <w:jc w:val="right"/>
      </w:pPr>
      <w:r>
        <w:rPr>
          <w:rFonts w:cs="Arial" w:ascii="Arial" w:hAnsi="Arial"/>
          <w:rtl w:val="1"/>
        </w:rPr>
        <w:t>1. כל אחד ואחת רושמים שלושה רגעים מכל יצירה שנשארו איתם</w:t>
      </w:r>
    </w:p>
    <w:p>
      <w:pPr>
        <w:bidi w:val="1"/>
        <w:jc w:val="right"/>
      </w:pPr>
      <w:r>
        <w:rPr>
          <w:rFonts w:cs="Arial" w:ascii="Arial" w:hAnsi="Arial"/>
          <w:rtl w:val="1"/>
        </w:rPr>
        <w:t>2. מניחים את הרשימות זו ליד זו ומחפשים מה חוזר: רגש, מצב, מקום, יחסים</w:t>
      </w:r>
    </w:p>
    <w:p>
      <w:pPr>
        <w:bidi w:val="1"/>
        <w:jc w:val="right"/>
      </w:pPr>
      <w:r>
        <w:rPr>
          <w:rFonts w:cs="Arial" w:ascii="Arial" w:hAnsi="Arial"/>
          <w:rtl w:val="1"/>
        </w:rPr>
        <w:t>3. בוחרים שניים או שלושה נושאים מועמדים ומנסחים כל אחד כשאלה פתוחה</w:t>
      </w:r>
    </w:p>
    <w:p>
      <w:pPr>
        <w:bidi w:val="1"/>
        <w:jc w:val="right"/>
      </w:pPr>
      <w:r>
        <w:rPr>
          <w:rFonts w:cs="Arial" w:ascii="Arial" w:hAnsi="Arial"/>
          <w:rtl w:val="1"/>
        </w:rPr>
        <w:t>4. מעבירים כל נושא דרך מבחן הנושא ומוחקים את החלשים</w:t>
      </w:r>
    </w:p>
    <w:p>
      <w:pPr>
        <w:bidi w:val="1"/>
        <w:jc w:val="right"/>
      </w:pPr>
      <w:r>
        <w:rPr>
          <w:rFonts w:cs="Arial" w:ascii="Arial" w:hAnsi="Arial"/>
          <w:rtl w:val="1"/>
        </w:rPr>
        <w:t>5. מוודאים שהנושא מאפשר גם כתבה חדשותית וגם כתבות אישיות שונות זו מזו</w:t>
      </w:r>
    </w:p>
    <w:p>
      <w:pPr>
        <w:bidi w:val="1"/>
        <w:jc w:val="right"/>
      </w:pPr>
      <w:r>
        <w:rPr>
          <w:rFonts w:cs="Arial" w:ascii="Arial" w:hAnsi="Arial"/>
          <w:rtl w:val="1"/>
        </w:rPr>
        <w:t>6. מנסחים משפט אחד: "בעיתון שלנו נבדוק איך…" ומציגים למורה</w:t>
      </w:r>
    </w:p>
    <w:p>
      <w:pPr>
        <w:bidi w:val="1"/>
        <w:jc w:val="right"/>
      </w:pPr>
      <w:r>
        <w:rPr>
          <w:rFonts w:cs="Arial" w:ascii="Arial" w:hAnsi="Arial"/>
          <w:b/>
          <w:rtl w:val="1"/>
          <w:bCs/>
        </w:rPr>
        <w:t>מבחן הנושא:</w:t>
      </w:r>
    </w:p>
    <w:p>
      <w:pPr>
        <w:bidi w:val="1"/>
        <w:jc w:val="right"/>
      </w:pPr>
      <w:r>
        <w:rPr>
          <w:rFonts w:cs="Arial" w:ascii="Arial" w:hAnsi="Arial"/>
          <w:rtl w:val="1"/>
        </w:rPr>
        <w:t>‏◯ האם הנושא מופיע בכל אחת מהיצירות, ולא רק באחת או בשתיים?</w:t>
      </w:r>
    </w:p>
    <w:p>
      <w:pPr>
        <w:bidi w:val="1"/>
        <w:jc w:val="right"/>
      </w:pPr>
      <w:r>
        <w:rPr>
          <w:rFonts w:cs="Arial" w:ascii="Arial" w:hAnsi="Arial"/>
          <w:rtl w:val="1"/>
        </w:rPr>
        <w:t>‏◯ האם כל יצירה מציגה אותו בצורה קצת אחרת?</w:t>
      </w:r>
    </w:p>
    <w:p>
      <w:pPr>
        <w:bidi w:val="1"/>
        <w:jc w:val="right"/>
      </w:pPr>
      <w:r>
        <w:rPr>
          <w:rFonts w:cs="Arial" w:ascii="Arial" w:hAnsi="Arial"/>
          <w:rtl w:val="1"/>
        </w:rPr>
        <w:t>‏◯ האם אפשר למצוא לו לפחות שני ציטוטים מכל יצירה?</w:t>
      </w:r>
    </w:p>
    <w:p>
      <w:pPr>
        <w:bidi w:val="1"/>
        <w:jc w:val="right"/>
      </w:pPr>
      <w:r>
        <w:rPr>
          <w:rFonts w:cs="Arial" w:ascii="Arial" w:hAnsi="Arial"/>
          <w:rtl w:val="1"/>
        </w:rPr>
        <w:t>‏◯ האם אפשר לנסח אותו כשאלה שאין לה תשובה אחת נכונה?</w:t>
      </w:r>
    </w:p>
    <w:p>
      <w:pPr>
        <w:bidi w:val="1"/>
        <w:jc w:val="right"/>
      </w:pPr>
      <w:r>
        <w:rPr>
          <w:rFonts w:cs="Arial" w:ascii="Arial" w:hAnsi="Arial"/>
          <w:rtl w:val="1"/>
        </w:rPr>
        <w:t>‏◯ האם הוא מחבר את היצירות גם לחיים שלנו היום?</w:t>
      </w:r>
    </w:p>
    <w:p>
      <w:pPr>
        <w:bidi w:val="1"/>
        <w:jc w:val="right"/>
      </w:pPr>
      <w:r>
        <w:rPr>
          <w:rFonts w:cs="Arial" w:ascii="Arial" w:hAnsi="Arial"/>
          <w:rtl w:val="1"/>
        </w:rPr>
        <w:t>‏◯ האם יש בו מספיק חומר למחלוקת בדבר העורכים?</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נושא</w:t>
            </w:r>
          </w:p>
        </w:tc>
        <w:tc>
          <w:tcPr>
            <w:tcW w:type="dxa" w:w="3364"/>
          </w:tcPr>
          <w:p>
            <w:pPr>
              <w:bidi w:val="1"/>
              <w:jc w:val="right"/>
            </w:pPr>
            <w:r>
              <w:rPr>
                <w:rFonts w:cs="Arial" w:ascii="Arial" w:hAnsi="Arial"/>
                <w:b/>
                <w:rtl w:val="1"/>
                <w:bCs/>
              </w:rPr>
              <w:t>שאלה מנחה</w:t>
            </w:r>
          </w:p>
        </w:tc>
        <w:tc>
          <w:tcPr>
            <w:tcW w:type="dxa" w:w="3364"/>
          </w:tcPr>
          <w:p>
            <w:pPr>
              <w:bidi w:val="1"/>
              <w:jc w:val="right"/>
            </w:pPr>
            <w:r>
              <w:rPr>
                <w:rFonts w:cs="Arial" w:ascii="Arial" w:hAnsi="Arial"/>
                <w:b/>
                <w:rtl w:val="1"/>
                <w:bCs/>
              </w:rPr>
              <w:t>זוויות חדשותיות</w:t>
            </w:r>
          </w:p>
        </w:tc>
      </w:tr>
      <w:tr>
        <w:tc>
          <w:tcPr>
            <w:tcW w:type="dxa" w:w="3364"/>
          </w:tcPr>
          <w:p>
            <w:pPr>
              <w:bidi w:val="1"/>
              <w:jc w:val="right"/>
            </w:pPr>
            <w:r>
              <w:rPr>
                <w:rFonts w:cs="Arial" w:ascii="Arial" w:hAnsi="Arial"/>
                <w:rtl w:val="1"/>
              </w:rPr>
              <w:t>🪞 זהות</w:t>
            </w:r>
          </w:p>
        </w:tc>
        <w:tc>
          <w:tcPr>
            <w:tcW w:type="dxa" w:w="3364"/>
          </w:tcPr>
          <w:p>
            <w:pPr>
              <w:bidi w:val="1"/>
              <w:jc w:val="right"/>
            </w:pPr>
            <w:r>
              <w:rPr>
                <w:rFonts w:cs="Arial" w:ascii="Arial" w:hAnsi="Arial"/>
                <w:rtl w:val="1"/>
              </w:rPr>
              <w:t>מי אני כשאף אחד לא מגדיר אותי – ומי אני כשכולם מגדירים?</w:t>
            </w:r>
          </w:p>
        </w:tc>
        <w:tc>
          <w:tcPr>
            <w:tcW w:type="dxa" w:w="3364"/>
          </w:tcPr>
          <w:p>
            <w:pPr>
              <w:bidi w:val="1"/>
              <w:jc w:val="right"/>
            </w:pPr>
            <w:r>
              <w:rPr>
                <w:rFonts w:cs="Arial" w:ascii="Arial" w:hAnsi="Arial"/>
                <w:rtl w:val="1"/>
              </w:rPr>
              <w:t>חשיפה: הדמות שהחליפה שם, לבוש או שפה; סקר רחוב בעולם היצירה: "מה הופך אותך לעצמך?"; פרופיל של דמות לפני ואחרי רגע המפנה</w:t>
            </w:r>
          </w:p>
        </w:tc>
      </w:tr>
      <w:tr>
        <w:tc>
          <w:tcPr>
            <w:tcW w:type="dxa" w:w="3364"/>
          </w:tcPr>
          <w:p>
            <w:pPr>
              <w:bidi w:val="1"/>
              <w:jc w:val="right"/>
            </w:pPr>
            <w:r>
              <w:rPr>
                <w:rFonts w:cs="Arial" w:ascii="Arial" w:hAnsi="Arial"/>
                <w:rtl w:val="1"/>
              </w:rPr>
              <w:t>🏡 שייכות</w:t>
            </w:r>
          </w:p>
        </w:tc>
        <w:tc>
          <w:tcPr>
            <w:tcW w:type="dxa" w:w="3364"/>
          </w:tcPr>
          <w:p>
            <w:pPr>
              <w:bidi w:val="1"/>
              <w:jc w:val="right"/>
            </w:pPr>
            <w:r>
              <w:rPr>
                <w:rFonts w:cs="Arial" w:ascii="Arial" w:hAnsi="Arial"/>
                <w:rtl w:val="1"/>
              </w:rPr>
              <w:t>מה אדם מוכן לתת כדי להרגיש שהוא שייך – ומה הוא מפסיד בדרך?</w:t>
            </w:r>
          </w:p>
        </w:tc>
        <w:tc>
          <w:tcPr>
            <w:tcW w:type="dxa" w:w="3364"/>
          </w:tcPr>
          <w:p>
            <w:pPr>
              <w:bidi w:val="1"/>
              <w:jc w:val="right"/>
            </w:pPr>
            <w:r>
              <w:rPr>
                <w:rFonts w:cs="Arial" w:ascii="Arial" w:hAnsi="Arial"/>
                <w:rtl w:val="1"/>
              </w:rPr>
              <w:t>כתבה על קהילה שמקבלת או דוחה זר; ריאיון עם דמות שנשארה בחוץ; מדד שייכות: איפה כל דמות מרגישה בבית</w:t>
            </w:r>
          </w:p>
        </w:tc>
      </w:tr>
      <w:tr>
        <w:tc>
          <w:tcPr>
            <w:tcW w:type="dxa" w:w="3364"/>
          </w:tcPr>
          <w:p>
            <w:pPr>
              <w:bidi w:val="1"/>
              <w:jc w:val="right"/>
            </w:pPr>
            <w:r>
              <w:rPr>
                <w:rFonts w:cs="Arial" w:ascii="Arial" w:hAnsi="Arial"/>
                <w:rtl w:val="1"/>
              </w:rPr>
              <w:t>🌙 בדידות</w:t>
            </w:r>
          </w:p>
        </w:tc>
        <w:tc>
          <w:tcPr>
            <w:tcW w:type="dxa" w:w="3364"/>
          </w:tcPr>
          <w:p>
            <w:pPr>
              <w:bidi w:val="1"/>
              <w:jc w:val="right"/>
            </w:pPr>
            <w:r>
              <w:rPr>
                <w:rFonts w:cs="Arial" w:ascii="Arial" w:hAnsi="Arial"/>
                <w:rtl w:val="1"/>
              </w:rPr>
              <w:t>האם הבדידות ביצירות היא עונש, בחירה או מקום של צמיחה?</w:t>
            </w:r>
          </w:p>
        </w:tc>
        <w:tc>
          <w:tcPr>
            <w:tcW w:type="dxa" w:w="3364"/>
          </w:tcPr>
          <w:p>
            <w:pPr>
              <w:bidi w:val="1"/>
              <w:jc w:val="right"/>
            </w:pPr>
            <w:r>
              <w:rPr>
                <w:rFonts w:cs="Arial" w:ascii="Arial" w:hAnsi="Arial"/>
                <w:rtl w:val="1"/>
              </w:rPr>
              <w:t>כתבת עומק: יום אחד בחייה של דמות בודדה; השוואת תמונות של לבד בשירים שונים; טור דעה: האם אפשר להיות בודד בתוך המון</w:t>
            </w:r>
          </w:p>
        </w:tc>
      </w:tr>
      <w:tr>
        <w:tc>
          <w:tcPr>
            <w:tcW w:type="dxa" w:w="3364"/>
          </w:tcPr>
          <w:p>
            <w:pPr>
              <w:bidi w:val="1"/>
              <w:jc w:val="right"/>
            </w:pPr>
            <w:r>
              <w:rPr>
                <w:rFonts w:cs="Arial" w:ascii="Arial" w:hAnsi="Arial"/>
                <w:rtl w:val="1"/>
              </w:rPr>
              <w:t>☁️ חלום ומציאות</w:t>
            </w:r>
          </w:p>
        </w:tc>
        <w:tc>
          <w:tcPr>
            <w:tcW w:type="dxa" w:w="3364"/>
          </w:tcPr>
          <w:p>
            <w:pPr>
              <w:bidi w:val="1"/>
              <w:jc w:val="right"/>
            </w:pPr>
            <w:r>
              <w:rPr>
                <w:rFonts w:cs="Arial" w:ascii="Arial" w:hAnsi="Arial"/>
                <w:rtl w:val="1"/>
              </w:rPr>
              <w:t>מה קורה לחלום כשהוא פוגש את המציאות – נשבר, משתנה או מנצח?</w:t>
            </w:r>
          </w:p>
        </w:tc>
        <w:tc>
          <w:tcPr>
            <w:tcW w:type="dxa" w:w="3364"/>
          </w:tcPr>
          <w:p>
            <w:pPr>
              <w:bidi w:val="1"/>
              <w:jc w:val="right"/>
            </w:pPr>
            <w:r>
              <w:rPr>
                <w:rFonts w:cs="Arial" w:ascii="Arial" w:hAnsi="Arial"/>
                <w:rtl w:val="1"/>
              </w:rPr>
              <w:t>דיווח מהשטח: החלום שהתנפץ ומה נשאר אחריו; ציר זמן של חלום מלידתו ועד סופו; מדור עצות לדמות שמתקשה לוותר על חלום</w:t>
            </w:r>
          </w:p>
        </w:tc>
      </w:tr>
      <w:tr>
        <w:tc>
          <w:tcPr>
            <w:tcW w:type="dxa" w:w="3364"/>
          </w:tcPr>
          <w:p>
            <w:pPr>
              <w:bidi w:val="1"/>
              <w:jc w:val="right"/>
            </w:pPr>
            <w:r>
              <w:rPr>
                <w:rFonts w:cs="Arial" w:ascii="Arial" w:hAnsi="Arial"/>
                <w:rtl w:val="1"/>
              </w:rPr>
              <w:t>⚖️ אחריות</w:t>
            </w:r>
          </w:p>
        </w:tc>
        <w:tc>
          <w:tcPr>
            <w:tcW w:type="dxa" w:w="3364"/>
          </w:tcPr>
          <w:p>
            <w:pPr>
              <w:bidi w:val="1"/>
              <w:jc w:val="right"/>
            </w:pPr>
            <w:r>
              <w:rPr>
                <w:rFonts w:cs="Arial" w:ascii="Arial" w:hAnsi="Arial"/>
                <w:rtl w:val="1"/>
              </w:rPr>
              <w:t>על מה אנחנו אחראים – על מעשינו בלבד, או גם על מה שלא עשינו?</w:t>
            </w:r>
          </w:p>
        </w:tc>
        <w:tc>
          <w:tcPr>
            <w:tcW w:type="dxa" w:w="3364"/>
          </w:tcPr>
          <w:p>
            <w:pPr>
              <w:bidi w:val="1"/>
              <w:jc w:val="right"/>
            </w:pPr>
            <w:r>
              <w:rPr>
                <w:rFonts w:cs="Arial" w:ascii="Arial" w:hAnsi="Arial"/>
                <w:rtl w:val="1"/>
              </w:rPr>
              <w:t>חקירה עיתונאית: מי אשם במה שקרה?; מכתב למערכת מדמות שמרגישה שהאחריות הוטלה עליה; טבלת החלטות: הבחירה, המחיר, האחריות</w:t>
            </w:r>
          </w:p>
        </w:tc>
      </w:tr>
      <w:tr>
        <w:tc>
          <w:tcPr>
            <w:tcW w:type="dxa" w:w="3364"/>
          </w:tcPr>
          <w:p>
            <w:pPr>
              <w:bidi w:val="1"/>
              <w:jc w:val="right"/>
            </w:pPr>
            <w:r>
              <w:rPr>
                <w:rFonts w:cs="Arial" w:ascii="Arial" w:hAnsi="Arial"/>
                <w:rtl w:val="1"/>
              </w:rPr>
              <w:t>👪 משפחה במגוון צורותיה</w:t>
            </w:r>
          </w:p>
        </w:tc>
        <w:tc>
          <w:tcPr>
            <w:tcW w:type="dxa" w:w="3364"/>
          </w:tcPr>
          <w:p>
            <w:pPr>
              <w:bidi w:val="1"/>
              <w:jc w:val="right"/>
            </w:pPr>
            <w:r>
              <w:rPr>
                <w:rFonts w:cs="Arial" w:ascii="Arial" w:hAnsi="Arial"/>
                <w:rtl w:val="1"/>
              </w:rPr>
              <w:t>מה מחזיק משפחה יחד – דם, בחירה, זיכרון או אהבה?</w:t>
            </w:r>
          </w:p>
        </w:tc>
        <w:tc>
          <w:tcPr>
            <w:tcW w:type="dxa" w:w="3364"/>
          </w:tcPr>
          <w:p>
            <w:pPr>
              <w:bidi w:val="1"/>
              <w:jc w:val="right"/>
            </w:pPr>
            <w:r>
              <w:rPr>
                <w:rFonts w:cs="Arial" w:ascii="Arial" w:hAnsi="Arial"/>
                <w:rtl w:val="1"/>
              </w:rPr>
              <w:t>כתבה על בית שמשתנה; ריאיון עם דמות שבנתה לעצמה משפחה חדשה; אינפוגרפיקה: מפת קשרים בין דמויות</w:t>
            </w:r>
          </w:p>
        </w:tc>
      </w:tr>
      <w:tr>
        <w:tc>
          <w:tcPr>
            <w:tcW w:type="dxa" w:w="3364"/>
          </w:tcPr>
          <w:p>
            <w:pPr>
              <w:bidi w:val="1"/>
              <w:jc w:val="right"/>
            </w:pPr>
            <w:r>
              <w:rPr>
                <w:rFonts w:cs="Arial" w:ascii="Arial" w:hAnsi="Arial"/>
                <w:rtl w:val="1"/>
              </w:rPr>
              <w:t>🧳 הגירה ושורשים</w:t>
            </w:r>
          </w:p>
        </w:tc>
        <w:tc>
          <w:tcPr>
            <w:tcW w:type="dxa" w:w="3364"/>
          </w:tcPr>
          <w:p>
            <w:pPr>
              <w:bidi w:val="1"/>
              <w:jc w:val="right"/>
            </w:pPr>
            <w:r>
              <w:rPr>
                <w:rFonts w:cs="Arial" w:ascii="Arial" w:hAnsi="Arial"/>
                <w:rtl w:val="1"/>
              </w:rPr>
              <w:t>האם אפשר לעקור מקום אחד ולהכות שורשים באחר בלי לאבד דבר?</w:t>
            </w:r>
          </w:p>
        </w:tc>
        <w:tc>
          <w:tcPr>
            <w:tcW w:type="dxa" w:w="3364"/>
          </w:tcPr>
          <w:p>
            <w:pPr>
              <w:bidi w:val="1"/>
              <w:jc w:val="right"/>
            </w:pPr>
            <w:r>
              <w:rPr>
                <w:rFonts w:cs="Arial" w:ascii="Arial" w:hAnsi="Arial"/>
                <w:rtl w:val="1"/>
              </w:rPr>
              <w:t>יומן מסע בקולה של דמות שעוזבת; כתבה על געגוע למקום שאי אפשר לחזור אליו; מפה מצוירת של דרך הדמות</w:t>
            </w:r>
          </w:p>
        </w:tc>
      </w:tr>
      <w:tr>
        <w:tc>
          <w:tcPr>
            <w:tcW w:type="dxa" w:w="3364"/>
          </w:tcPr>
          <w:p>
            <w:pPr>
              <w:bidi w:val="1"/>
              <w:jc w:val="right"/>
            </w:pPr>
            <w:r>
              <w:rPr>
                <w:rFonts w:cs="Arial" w:ascii="Arial" w:hAnsi="Arial"/>
                <w:rtl w:val="1"/>
              </w:rPr>
              <w:t>💪 כוח וחולשה</w:t>
            </w:r>
          </w:p>
        </w:tc>
        <w:tc>
          <w:tcPr>
            <w:tcW w:type="dxa" w:w="3364"/>
          </w:tcPr>
          <w:p>
            <w:pPr>
              <w:bidi w:val="1"/>
              <w:jc w:val="right"/>
            </w:pPr>
            <w:r>
              <w:rPr>
                <w:rFonts w:cs="Arial" w:ascii="Arial" w:hAnsi="Arial"/>
                <w:rtl w:val="1"/>
              </w:rPr>
              <w:t>מתי חולשה היא כוח ומתי כוח הוא חולשה?</w:t>
            </w:r>
          </w:p>
        </w:tc>
        <w:tc>
          <w:tcPr>
            <w:tcW w:type="dxa" w:w="3364"/>
          </w:tcPr>
          <w:p>
            <w:pPr>
              <w:bidi w:val="1"/>
              <w:jc w:val="right"/>
            </w:pPr>
            <w:r>
              <w:rPr>
                <w:rFonts w:cs="Arial" w:ascii="Arial" w:hAnsi="Arial"/>
                <w:rtl w:val="1"/>
              </w:rPr>
              <w:t>כתבת חדשות על "הפיכה" ביחסי כוח בין דמויות; טור דעה: מי באמת החזק/ה ביצירה; טבלת השוואה בין כוח גלוי לכוח סמוי</w:t>
            </w:r>
          </w:p>
        </w:tc>
      </w:tr>
      <w:tr>
        <w:tc>
          <w:tcPr>
            <w:tcW w:type="dxa" w:w="3364"/>
          </w:tcPr>
          <w:p>
            <w:pPr>
              <w:bidi w:val="1"/>
              <w:jc w:val="right"/>
            </w:pPr>
            <w:r>
              <w:rPr>
                <w:rFonts w:cs="Arial" w:ascii="Arial" w:hAnsi="Arial"/>
                <w:rtl w:val="1"/>
              </w:rPr>
              <w:t>🕊️ חופש</w:t>
            </w:r>
          </w:p>
        </w:tc>
        <w:tc>
          <w:tcPr>
            <w:tcW w:type="dxa" w:w="3364"/>
          </w:tcPr>
          <w:p>
            <w:pPr>
              <w:bidi w:val="1"/>
              <w:jc w:val="right"/>
            </w:pPr>
            <w:r>
              <w:rPr>
                <w:rFonts w:cs="Arial" w:ascii="Arial" w:hAnsi="Arial"/>
                <w:rtl w:val="1"/>
              </w:rPr>
              <w:t>האם החופש של הדמויות הוא שחרור או בדידות חדשה?</w:t>
            </w:r>
          </w:p>
        </w:tc>
        <w:tc>
          <w:tcPr>
            <w:tcW w:type="dxa" w:w="3364"/>
          </w:tcPr>
          <w:p>
            <w:pPr>
              <w:bidi w:val="1"/>
              <w:jc w:val="right"/>
            </w:pPr>
            <w:r>
              <w:rPr>
                <w:rFonts w:cs="Arial" w:ascii="Arial" w:hAnsi="Arial"/>
                <w:rtl w:val="1"/>
              </w:rPr>
              <w:t>כתבה על דמות שבחרה לצאת מהכלוב; ריאיון עם דמות שנשארה בכלוב ובחרה בו; קריקטורה מתוארת: הדלת הפתוחה</w:t>
            </w:r>
          </w:p>
        </w:tc>
      </w:tr>
      <w:tr>
        <w:tc>
          <w:tcPr>
            <w:tcW w:type="dxa" w:w="3364"/>
          </w:tcPr>
          <w:p>
            <w:pPr>
              <w:bidi w:val="1"/>
              <w:jc w:val="right"/>
            </w:pPr>
            <w:r>
              <w:rPr>
                <w:rFonts w:cs="Arial" w:ascii="Arial" w:hAnsi="Arial"/>
                <w:rtl w:val="1"/>
              </w:rPr>
              <w:t>💌 אהבה</w:t>
            </w:r>
          </w:p>
        </w:tc>
        <w:tc>
          <w:tcPr>
            <w:tcW w:type="dxa" w:w="3364"/>
          </w:tcPr>
          <w:p>
            <w:pPr>
              <w:bidi w:val="1"/>
              <w:jc w:val="right"/>
            </w:pPr>
            <w:r>
              <w:rPr>
                <w:rFonts w:cs="Arial" w:ascii="Arial" w:hAnsi="Arial"/>
                <w:rtl w:val="1"/>
              </w:rPr>
              <w:t>האם אהבה ביצירות מצילה את הדמויות או מסבכת אותן?</w:t>
            </w:r>
          </w:p>
        </w:tc>
        <w:tc>
          <w:tcPr>
            <w:tcW w:type="dxa" w:w="3364"/>
          </w:tcPr>
          <w:p>
            <w:pPr>
              <w:bidi w:val="1"/>
              <w:jc w:val="right"/>
            </w:pPr>
            <w:r>
              <w:rPr>
                <w:rFonts w:cs="Arial" w:ascii="Arial" w:hAnsi="Arial"/>
                <w:rtl w:val="1"/>
              </w:rPr>
              <w:t>מדור עצות לזוג מתוך היצירה; כתבת חדשות על אהבה שנתקלה בחומה; יומן אישי בקולה של דמות מאוהבת</w:t>
            </w:r>
          </w:p>
        </w:tc>
      </w:tr>
      <w:tr>
        <w:tc>
          <w:tcPr>
            <w:tcW w:type="dxa" w:w="3364"/>
          </w:tcPr>
          <w:p>
            <w:pPr>
              <w:bidi w:val="1"/>
              <w:jc w:val="right"/>
            </w:pPr>
            <w:r>
              <w:rPr>
                <w:rFonts w:cs="Arial" w:ascii="Arial" w:hAnsi="Arial"/>
                <w:rtl w:val="1"/>
              </w:rPr>
              <w:t>🕰️ זיכרון ושכחה</w:t>
            </w:r>
          </w:p>
        </w:tc>
        <w:tc>
          <w:tcPr>
            <w:tcW w:type="dxa" w:w="3364"/>
          </w:tcPr>
          <w:p>
            <w:pPr>
              <w:bidi w:val="1"/>
              <w:jc w:val="right"/>
            </w:pPr>
            <w:r>
              <w:rPr>
                <w:rFonts w:cs="Arial" w:ascii="Arial" w:hAnsi="Arial"/>
                <w:rtl w:val="1"/>
              </w:rPr>
              <w:t>מה הדמויות זוכרות, מה הן מנסות לשכוח – ולמה?</w:t>
            </w:r>
          </w:p>
        </w:tc>
        <w:tc>
          <w:tcPr>
            <w:tcW w:type="dxa" w:w="3364"/>
          </w:tcPr>
          <w:p>
            <w:pPr>
              <w:bidi w:val="1"/>
              <w:jc w:val="right"/>
            </w:pPr>
            <w:r>
              <w:rPr>
                <w:rFonts w:cs="Arial" w:ascii="Arial" w:hAnsi="Arial"/>
                <w:rtl w:val="1"/>
              </w:rPr>
              <w:t>כתבה על חפץ שנושא זיכרון; ציר זמן של עבר והווה ביצירה; טור דעה: האם מותר לשכוח</w:t>
            </w:r>
          </w:p>
        </w:tc>
      </w:tr>
      <w:tr>
        <w:tc>
          <w:tcPr>
            <w:tcW w:type="dxa" w:w="3364"/>
          </w:tcPr>
          <w:p>
            <w:pPr>
              <w:bidi w:val="1"/>
              <w:jc w:val="right"/>
            </w:pPr>
            <w:r>
              <w:rPr>
                <w:rFonts w:cs="Arial" w:ascii="Arial" w:hAnsi="Arial"/>
                <w:rtl w:val="1"/>
              </w:rPr>
              <w:t>🎭 מסכות ואמת</w:t>
            </w:r>
          </w:p>
        </w:tc>
        <w:tc>
          <w:tcPr>
            <w:tcW w:type="dxa" w:w="3364"/>
          </w:tcPr>
          <w:p>
            <w:pPr>
              <w:bidi w:val="1"/>
              <w:jc w:val="right"/>
            </w:pPr>
            <w:r>
              <w:rPr>
                <w:rFonts w:cs="Arial" w:ascii="Arial" w:hAnsi="Arial"/>
                <w:rtl w:val="1"/>
              </w:rPr>
              <w:t>למה דמויות מסתירות את פניהן האמיתיות, ומה קורה כשהמסכה נופלת?</w:t>
            </w:r>
          </w:p>
        </w:tc>
        <w:tc>
          <w:tcPr>
            <w:tcW w:type="dxa" w:w="3364"/>
          </w:tcPr>
          <w:p>
            <w:pPr>
              <w:bidi w:val="1"/>
              <w:jc w:val="right"/>
            </w:pPr>
            <w:r>
              <w:rPr>
                <w:rFonts w:cs="Arial" w:ascii="Arial" w:hAnsi="Arial"/>
                <w:rtl w:val="1"/>
              </w:rPr>
              <w:t>חשיפה: הסוד שנחשף; ריאיון עם דמות שחיה "כאילו"; טבלת השוואה: מה הדמות אומרת ומה היא מרגישה</w:t>
            </w:r>
          </w:p>
        </w:tc>
      </w:tr>
      <w:tr>
        <w:tc>
          <w:tcPr>
            <w:tcW w:type="dxa" w:w="3364"/>
          </w:tcPr>
          <w:p>
            <w:pPr>
              <w:bidi w:val="1"/>
              <w:jc w:val="right"/>
            </w:pPr>
            <w:r>
              <w:rPr>
                <w:rFonts w:cs="Arial" w:ascii="Arial" w:hAnsi="Arial"/>
                <w:rtl w:val="1"/>
              </w:rPr>
              <w:t>🌅 תקווה וייאוש</w:t>
            </w:r>
          </w:p>
        </w:tc>
        <w:tc>
          <w:tcPr>
            <w:tcW w:type="dxa" w:w="3364"/>
          </w:tcPr>
          <w:p>
            <w:pPr>
              <w:bidi w:val="1"/>
              <w:jc w:val="right"/>
            </w:pPr>
            <w:r>
              <w:rPr>
                <w:rFonts w:cs="Arial" w:ascii="Arial" w:hAnsi="Arial"/>
                <w:rtl w:val="1"/>
              </w:rPr>
              <w:t>מה מחזיק דמות במצב שאין בו מוצא – ומה שובר אותה?</w:t>
            </w:r>
          </w:p>
        </w:tc>
        <w:tc>
          <w:tcPr>
            <w:tcW w:type="dxa" w:w="3364"/>
          </w:tcPr>
          <w:p>
            <w:pPr>
              <w:bidi w:val="1"/>
              <w:jc w:val="right"/>
            </w:pPr>
            <w:r>
              <w:rPr>
                <w:rFonts w:cs="Arial" w:ascii="Arial" w:hAnsi="Arial"/>
                <w:rtl w:val="1"/>
              </w:rPr>
              <w:t>תחזית מזג אוויר של הנפש לדמויות שונות; כתבה על רגע אחד של אור ביצירה קודרת; מכתב למערכת מדמות שמבקשת עזרה</w:t>
            </w:r>
          </w:p>
        </w:tc>
      </w:tr>
      <w:tr>
        <w:tc>
          <w:tcPr>
            <w:tcW w:type="dxa" w:w="3364"/>
          </w:tcPr>
          <w:p>
            <w:pPr>
              <w:bidi w:val="1"/>
              <w:jc w:val="right"/>
            </w:pPr>
            <w:r>
              <w:rPr>
                <w:rFonts w:cs="Arial" w:ascii="Arial" w:hAnsi="Arial"/>
                <w:rtl w:val="1"/>
              </w:rPr>
              <w:t>🌾 האדם והטבע</w:t>
            </w:r>
          </w:p>
        </w:tc>
        <w:tc>
          <w:tcPr>
            <w:tcW w:type="dxa" w:w="3364"/>
          </w:tcPr>
          <w:p>
            <w:pPr>
              <w:bidi w:val="1"/>
              <w:jc w:val="right"/>
            </w:pPr>
            <w:r>
              <w:rPr>
                <w:rFonts w:cs="Arial" w:ascii="Arial" w:hAnsi="Arial"/>
                <w:rtl w:val="1"/>
              </w:rPr>
              <w:t>האם הטבע ביצירות הוא מקלט, מראה לנפש או כוח שאינו רואה את האדם?</w:t>
            </w:r>
          </w:p>
        </w:tc>
        <w:tc>
          <w:tcPr>
            <w:tcW w:type="dxa" w:w="3364"/>
          </w:tcPr>
          <w:p>
            <w:pPr>
              <w:bidi w:val="1"/>
              <w:jc w:val="right"/>
            </w:pPr>
            <w:r>
              <w:rPr>
                <w:rFonts w:cs="Arial" w:ascii="Arial" w:hAnsi="Arial"/>
                <w:rtl w:val="1"/>
              </w:rPr>
              <w:t>כתבת מסע אל הנוף של היצירה; מפה מצוירת של המקומות; טור דעה: מה הנוף מספר על הדמות</w:t>
            </w:r>
          </w:p>
        </w:tc>
      </w:tr>
    </w:tbl>
    <w:p/>
    <w:p>
      <w:pPr>
        <w:pStyle w:val="Heading3"/>
        <w:bidi w:val="1"/>
        <w:jc w:val="right"/>
      </w:pPr>
      <w:r>
        <w:rPr>
          <w:rFonts w:cs="Arial" w:ascii="Arial" w:hAnsi="Arial"/>
          <w:b/>
          <w:color w:val="1F3B5A"/>
          <w:sz w:val="25"/>
          <w:rtl w:val="1"/>
          <w:bCs/>
          <w:szCs w:val="25"/>
        </w:rPr>
        <w:t>הנושא שבחרנו והיצירות שלנו:</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1"/>
        <w:bidi w:val="1"/>
        <w:jc w:val="right"/>
      </w:pPr>
      <w:r>
        <w:rPr>
          <w:rFonts w:cs="Arial" w:ascii="Arial" w:hAnsi="Arial"/>
          <w:b/>
          <w:color w:val="7B1E2B"/>
          <w:sz w:val="34"/>
          <w:rtl w:val="1"/>
          <w:bCs/>
          <w:szCs w:val="34"/>
        </w:rPr>
        <w:t>חלק ד׳ – מקורות, ציטוטים ורכיב חזותי</w:t>
      </w:r>
    </w:p>
    <w:p>
      <w:pPr>
        <w:bidi w:val="1"/>
        <w:jc w:val="right"/>
      </w:pPr>
      <w:r>
        <w:rPr>
          <w:rFonts w:cs="Arial" w:ascii="Arial" w:hAnsi="Arial"/>
          <w:color w:val="5A4632"/>
          <w:rtl w:val="1"/>
        </w:rPr>
        <w:t>בעיתון אמיתי כתב/ת שמביא/ה עובדה בלי מקור מאבד/ת אמון. אצלנו המקורות הם היצירות עצמן: כל ציטוט הוא עדות, וכל עדות צריכה להיות מדויקת, קצרה ומסומנת כך שכל קורא יוכל למצוא אותה.</w:t>
      </w:r>
    </w:p>
    <w:p>
      <w:pPr>
        <w:bidi w:val="1"/>
        <w:jc w:val="right"/>
      </w:pPr>
      <w:r>
        <w:rPr>
          <w:rFonts w:cs="Arial" w:ascii="Arial" w:hAnsi="Arial"/>
          <w:rtl w:val="1"/>
        </w:rPr>
        <w:t>‏◯ צטטו מילה במילה, בדיוק כפי שכתוב ביצירה – גם פיסוק וגם כתיב</w:t>
      </w:r>
    </w:p>
    <w:p>
      <w:pPr>
        <w:bidi w:val="1"/>
        <w:jc w:val="right"/>
      </w:pPr>
      <w:r>
        <w:rPr>
          <w:rFonts w:cs="Arial" w:ascii="Arial" w:hAnsi="Arial"/>
          <w:rtl w:val="1"/>
        </w:rPr>
        <w:t>‏◯ שימו כל ציטוט בתוך מירכאות כפולות</w:t>
      </w:r>
    </w:p>
    <w:p>
      <w:pPr>
        <w:bidi w:val="1"/>
        <w:jc w:val="right"/>
      </w:pPr>
      <w:r>
        <w:rPr>
          <w:rFonts w:cs="Arial" w:ascii="Arial" w:hAnsi="Arial"/>
          <w:rtl w:val="1"/>
        </w:rPr>
        <w:t>‏◯ בחרו ציטוטים קצרים: מילים ספורות עד שורה אחת או שתיים, לא פסקה שלמה</w:t>
      </w:r>
    </w:p>
    <w:p>
      <w:pPr>
        <w:bidi w:val="1"/>
        <w:jc w:val="right"/>
      </w:pPr>
      <w:r>
        <w:rPr>
          <w:rFonts w:cs="Arial" w:ascii="Arial" w:hAnsi="Arial"/>
          <w:rtl w:val="1"/>
        </w:rPr>
        <w:t>‏◯ ציינו אחרי כל ציטוט את מקומו: שם היצירה ושורה, בית, עמוד, או מערכה ותמונה</w:t>
      </w:r>
    </w:p>
    <w:p>
      <w:pPr>
        <w:bidi w:val="1"/>
        <w:jc w:val="right"/>
      </w:pPr>
      <w:r>
        <w:rPr>
          <w:rFonts w:cs="Arial" w:ascii="Arial" w:hAnsi="Arial"/>
          <w:rtl w:val="1"/>
        </w:rPr>
        <w:t>‏◯ אחרי כל ציטוט כתבו משפט שמסביר מה הוא מראה – ציטוט לא מדבר בעד עצמו</w:t>
      </w:r>
    </w:p>
    <w:p>
      <w:pPr>
        <w:bidi w:val="1"/>
        <w:jc w:val="right"/>
      </w:pPr>
      <w:r>
        <w:rPr>
          <w:rFonts w:cs="Arial" w:ascii="Arial" w:hAnsi="Arial"/>
          <w:rtl w:val="1"/>
        </w:rPr>
        <w:t>‏◯ כשאתם מספרים במילים שלכם (פרפרזה), עדיין ציינו מאיפה הרעיון לקוח</w:t>
      </w:r>
    </w:p>
    <w:p>
      <w:pPr>
        <w:bidi w:val="1"/>
        <w:jc w:val="right"/>
      </w:pPr>
      <w:r>
        <w:rPr>
          <w:rFonts w:cs="Arial" w:ascii="Arial" w:hAnsi="Arial"/>
          <w:rtl w:val="1"/>
        </w:rPr>
        <w:t>‏◯ כשמשמיטים מילים מתוך ציטוט, סמנו זאת בשלוש נקודות בתוך סוגריים: (...)</w:t>
      </w:r>
    </w:p>
    <w:p>
      <w:pPr>
        <w:bidi w:val="1"/>
        <w:jc w:val="right"/>
      </w:pPr>
      <w:r>
        <w:rPr>
          <w:rFonts w:cs="Arial" w:ascii="Arial" w:hAnsi="Arial"/>
          <w:rtl w:val="1"/>
        </w:rPr>
        <w:t>‏◯ ביצירה מתורגמת – ספרו במילים שלכם וציינו את המקום ביצירה, במקום לצטט תרגום ארוך</w:t>
      </w:r>
    </w:p>
    <w:p>
      <w:pPr>
        <w:bidi w:val="1"/>
        <w:jc w:val="right"/>
      </w:pPr>
      <w:r>
        <w:rPr>
          <w:rFonts w:cs="Arial" w:ascii="Arial" w:hAnsi="Arial"/>
          <w:rtl w:val="1"/>
        </w:rPr>
        <w:t>‏◯ בסוף העיתון הוסיפו רשימה קצרה של היצירות שעליהן נשענתם: שם המחבר ושם היצירה</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סוג</w:t>
            </w:r>
          </w:p>
        </w:tc>
        <w:tc>
          <w:tcPr>
            <w:tcW w:type="dxa" w:w="5046"/>
          </w:tcPr>
          <w:p>
            <w:pPr>
              <w:bidi w:val="1"/>
              <w:jc w:val="right"/>
            </w:pPr>
            <w:r>
              <w:rPr>
                <w:rFonts w:cs="Arial" w:ascii="Arial" w:hAnsi="Arial"/>
                <w:b/>
                <w:rtl w:val="1"/>
                <w:bCs/>
              </w:rPr>
              <w:t>כך כותבים</w:t>
            </w:r>
          </w:p>
        </w:tc>
      </w:tr>
      <w:tr>
        <w:tc>
          <w:tcPr>
            <w:tcW w:type="dxa" w:w="5046"/>
          </w:tcPr>
          <w:p>
            <w:pPr>
              <w:bidi w:val="1"/>
              <w:jc w:val="right"/>
            </w:pPr>
            <w:r>
              <w:rPr>
                <w:rFonts w:cs="Arial" w:ascii="Arial" w:hAnsi="Arial"/>
                <w:rtl w:val="1"/>
              </w:rPr>
              <w:t>שיר – לפי בית ושורה</w:t>
            </w:r>
          </w:p>
        </w:tc>
        <w:tc>
          <w:tcPr>
            <w:tcW w:type="dxa" w:w="5046"/>
          </w:tcPr>
          <w:p>
            <w:pPr>
              <w:bidi w:val="1"/>
              <w:jc w:val="right"/>
            </w:pPr>
            <w:r>
              <w:rPr>
                <w:rFonts w:cs="Arial" w:ascii="Arial" w:hAnsi="Arial"/>
                <w:rtl w:val="1"/>
              </w:rPr>
              <w:t>הדובר שואל אם העבר היה אמיתי: "ואולי לא היו הדברים מעולם" (רחל, "ואולי", בית 1, שורה 1).</w:t>
            </w:r>
          </w:p>
        </w:tc>
      </w:tr>
      <w:tr>
        <w:tc>
          <w:tcPr>
            <w:tcW w:type="dxa" w:w="5046"/>
          </w:tcPr>
          <w:p>
            <w:pPr>
              <w:bidi w:val="1"/>
              <w:jc w:val="right"/>
            </w:pPr>
            <w:r>
              <w:rPr>
                <w:rFonts w:cs="Arial" w:ascii="Arial" w:hAnsi="Arial"/>
                <w:rtl w:val="1"/>
              </w:rPr>
              <w:t>סיפור או רומן – לפי עמוד</w:t>
            </w:r>
          </w:p>
        </w:tc>
        <w:tc>
          <w:tcPr>
            <w:tcW w:type="dxa" w:w="5046"/>
          </w:tcPr>
          <w:p>
            <w:pPr>
              <w:bidi w:val="1"/>
              <w:jc w:val="right"/>
            </w:pPr>
            <w:r>
              <w:rPr>
                <w:rFonts w:cs="Arial" w:ascii="Arial" w:hAnsi="Arial"/>
                <w:rtl w:val="1"/>
              </w:rPr>
              <w:t>המספר מתאר את הבית כ"צר מלהכיל את כולם" (שם הסיפור, עמ׳ 12 במהדורה שלמדנו).</w:t>
            </w:r>
          </w:p>
        </w:tc>
      </w:tr>
      <w:tr>
        <w:tc>
          <w:tcPr>
            <w:tcW w:type="dxa" w:w="5046"/>
          </w:tcPr>
          <w:p>
            <w:pPr>
              <w:bidi w:val="1"/>
              <w:jc w:val="right"/>
            </w:pPr>
            <w:r>
              <w:rPr>
                <w:rFonts w:cs="Arial" w:ascii="Arial" w:hAnsi="Arial"/>
                <w:rtl w:val="1"/>
              </w:rPr>
              <w:t>מחזה – לפי מערכה ותמונה</w:t>
            </w:r>
          </w:p>
        </w:tc>
        <w:tc>
          <w:tcPr>
            <w:tcW w:type="dxa" w:w="5046"/>
          </w:tcPr>
          <w:p>
            <w:pPr>
              <w:bidi w:val="1"/>
              <w:jc w:val="right"/>
            </w:pPr>
            <w:r>
              <w:rPr>
                <w:rFonts w:cs="Arial" w:ascii="Arial" w:hAnsi="Arial"/>
                <w:rtl w:val="1"/>
              </w:rPr>
              <w:t>הגיבורה מודיעה שהיא עוזבת את הבית (שם המחזה, מערכה 3, תמונה אחרונה) – רגע שמשנה את כל מה שקדם לו.</w:t>
            </w:r>
          </w:p>
        </w:tc>
      </w:tr>
      <w:tr>
        <w:tc>
          <w:tcPr>
            <w:tcW w:type="dxa" w:w="5046"/>
          </w:tcPr>
          <w:p>
            <w:pPr>
              <w:bidi w:val="1"/>
              <w:jc w:val="right"/>
            </w:pPr>
            <w:r>
              <w:rPr>
                <w:rFonts w:cs="Arial" w:ascii="Arial" w:hAnsi="Arial"/>
                <w:rtl w:val="1"/>
              </w:rPr>
              <w:t>פרפרזה – במילים שלכם עם מראה מקום</w:t>
            </w:r>
          </w:p>
        </w:tc>
        <w:tc>
          <w:tcPr>
            <w:tcW w:type="dxa" w:w="5046"/>
          </w:tcPr>
          <w:p>
            <w:pPr>
              <w:bidi w:val="1"/>
              <w:jc w:val="right"/>
            </w:pPr>
            <w:r>
              <w:rPr>
                <w:rFonts w:cs="Arial" w:ascii="Arial" w:hAnsi="Arial"/>
                <w:rtl w:val="1"/>
              </w:rPr>
              <w:t>המלט מתלבט בקול אם עדיף לפעול נגד העוול או לוותר על הכול (שייקספיר, "המלט", מערכה 3, תמונה 1).</w:t>
            </w:r>
          </w:p>
        </w:tc>
      </w:tr>
      <w:tr>
        <w:tc>
          <w:tcPr>
            <w:tcW w:type="dxa" w:w="5046"/>
          </w:tcPr>
          <w:p>
            <w:pPr>
              <w:bidi w:val="1"/>
              <w:jc w:val="right"/>
            </w:pPr>
            <w:r>
              <w:rPr>
                <w:rFonts w:cs="Arial" w:ascii="Arial" w:hAnsi="Arial"/>
                <w:rtl w:val="1"/>
              </w:rPr>
              <w:t>ציטוט מקוצר עם השמטה</w:t>
            </w:r>
          </w:p>
        </w:tc>
        <w:tc>
          <w:tcPr>
            <w:tcW w:type="dxa" w:w="5046"/>
          </w:tcPr>
          <w:p>
            <w:pPr>
              <w:bidi w:val="1"/>
              <w:jc w:val="right"/>
            </w:pPr>
            <w:r>
              <w:rPr>
                <w:rFonts w:cs="Arial" w:ascii="Arial" w:hAnsi="Arial"/>
                <w:rtl w:val="1"/>
              </w:rPr>
              <w:t>"הכניסיני תחת כנפך (...)" – הדובר פותח בבקשה למחסה (ביאליק, "הכניסיני תחת כנפך", שורה 1).</w:t>
            </w:r>
          </w:p>
        </w:tc>
      </w:tr>
      <w:tr>
        <w:tc>
          <w:tcPr>
            <w:tcW w:type="dxa" w:w="5046"/>
          </w:tcPr>
          <w:p>
            <w:pPr>
              <w:bidi w:val="1"/>
              <w:jc w:val="right"/>
            </w:pPr>
            <w:r>
              <w:rPr>
                <w:rFonts w:cs="Arial" w:ascii="Arial" w:hAnsi="Arial"/>
                <w:rtl w:val="1"/>
              </w:rPr>
              <w:t>ציטוט כ"עדות" בכתבה חדשותית</w:t>
            </w:r>
          </w:p>
        </w:tc>
        <w:tc>
          <w:tcPr>
            <w:tcW w:type="dxa" w:w="5046"/>
          </w:tcPr>
          <w:p>
            <w:pPr>
              <w:bidi w:val="1"/>
              <w:jc w:val="right"/>
            </w:pPr>
            <w:r>
              <w:rPr>
                <w:rFonts w:cs="Arial" w:ascii="Arial" w:hAnsi="Arial"/>
                <w:rtl w:val="1"/>
              </w:rPr>
              <w:t>"זה לא הבית שלי עוד," הודתה הדמות בשיחה עם אחותה (שם היצירה, עמ׳ 48), ובכך אישרה את מה ששמועות רמזו זמן רב.</w:t>
            </w:r>
          </w:p>
        </w:tc>
      </w:tr>
    </w:tbl>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 לא כך</w:t>
            </w:r>
          </w:p>
        </w:tc>
        <w:tc>
          <w:tcPr>
            <w:tcW w:type="dxa" w:w="5046"/>
          </w:tcPr>
          <w:p>
            <w:pPr>
              <w:bidi w:val="1"/>
              <w:jc w:val="right"/>
            </w:pPr>
            <w:r>
              <w:rPr>
                <w:rFonts w:cs="Arial" w:ascii="Arial" w:hAnsi="Arial"/>
                <w:b/>
                <w:rtl w:val="1"/>
                <w:bCs/>
              </w:rPr>
              <w:t>✅ אלא כך</w:t>
            </w:r>
          </w:p>
        </w:tc>
      </w:tr>
      <w:tr>
        <w:tc>
          <w:tcPr>
            <w:tcW w:type="dxa" w:w="5046"/>
          </w:tcPr>
          <w:p>
            <w:pPr>
              <w:bidi w:val="1"/>
              <w:jc w:val="right"/>
            </w:pPr>
            <w:r>
              <w:rPr>
                <w:rFonts w:cs="Arial" w:ascii="Arial" w:hAnsi="Arial"/>
                <w:rtl w:val="1"/>
              </w:rPr>
              <w:t>כמו שכתוב בסיפור, היא מאוד עצובה.</w:t>
            </w:r>
          </w:p>
        </w:tc>
        <w:tc>
          <w:tcPr>
            <w:tcW w:type="dxa" w:w="5046"/>
          </w:tcPr>
          <w:p>
            <w:pPr>
              <w:bidi w:val="1"/>
              <w:jc w:val="right"/>
            </w:pPr>
            <w:r>
              <w:rPr>
                <w:rFonts w:cs="Arial" w:ascii="Arial" w:hAnsi="Arial"/>
                <w:rtl w:val="1"/>
              </w:rPr>
              <w:t>"היא ישבה ליד החלון עד שהאור כבה" (עמ׳ 23) – השתיקה הארוכה מראה עד כמה הדמות שקועה בעצב.</w:t>
            </w:r>
          </w:p>
        </w:tc>
      </w:tr>
      <w:tr>
        <w:tc>
          <w:tcPr>
            <w:tcW w:type="dxa" w:w="5046"/>
          </w:tcPr>
          <w:p>
            <w:pPr>
              <w:bidi w:val="1"/>
              <w:jc w:val="right"/>
            </w:pPr>
            <w:r>
              <w:rPr>
                <w:rFonts w:cs="Arial" w:ascii="Arial" w:hAnsi="Arial"/>
                <w:rtl w:val="1"/>
              </w:rPr>
              <w:t>ציטוט של חצי עמוד בלי שום הסבר אחריו.</w:t>
            </w:r>
          </w:p>
        </w:tc>
        <w:tc>
          <w:tcPr>
            <w:tcW w:type="dxa" w:w="5046"/>
          </w:tcPr>
          <w:p>
            <w:pPr>
              <w:bidi w:val="1"/>
              <w:jc w:val="right"/>
            </w:pPr>
            <w:r>
              <w:rPr>
                <w:rFonts w:cs="Arial" w:ascii="Arial" w:hAnsi="Arial"/>
                <w:rtl w:val="1"/>
              </w:rPr>
              <w:t>ציטוט של שורה אחת, ואחריו שני משפטים שמסבירים מה הוא מגלה ואיך הוא קשור לנושא.</w:t>
            </w:r>
          </w:p>
        </w:tc>
      </w:tr>
      <w:tr>
        <w:tc>
          <w:tcPr>
            <w:tcW w:type="dxa" w:w="5046"/>
          </w:tcPr>
          <w:p>
            <w:pPr>
              <w:bidi w:val="1"/>
              <w:jc w:val="right"/>
            </w:pPr>
            <w:r>
              <w:rPr>
                <w:rFonts w:cs="Arial" w:ascii="Arial" w:hAnsi="Arial"/>
                <w:rtl w:val="1"/>
              </w:rPr>
              <w:t>"ואולי לא היו הדברים" (בלי מקור).</w:t>
            </w:r>
          </w:p>
        </w:tc>
        <w:tc>
          <w:tcPr>
            <w:tcW w:type="dxa" w:w="5046"/>
          </w:tcPr>
          <w:p>
            <w:pPr>
              <w:bidi w:val="1"/>
              <w:jc w:val="right"/>
            </w:pPr>
            <w:r>
              <w:rPr>
                <w:rFonts w:cs="Arial" w:ascii="Arial" w:hAnsi="Arial"/>
                <w:rtl w:val="1"/>
              </w:rPr>
              <w:t>"ואולי לא היו הדברים מעולם" (רחל, "ואולי", שורה 1).</w:t>
            </w:r>
          </w:p>
        </w:tc>
      </w:tr>
      <w:tr>
        <w:tc>
          <w:tcPr>
            <w:tcW w:type="dxa" w:w="5046"/>
          </w:tcPr>
          <w:p>
            <w:pPr>
              <w:bidi w:val="1"/>
              <w:jc w:val="right"/>
            </w:pPr>
            <w:r>
              <w:rPr>
                <w:rFonts w:cs="Arial" w:ascii="Arial" w:hAnsi="Arial"/>
                <w:rtl w:val="1"/>
              </w:rPr>
              <w:t>ציטוט שנכתב מהזיכרון ושונה במילה אחת מהמקור.</w:t>
            </w:r>
          </w:p>
        </w:tc>
        <w:tc>
          <w:tcPr>
            <w:tcW w:type="dxa" w:w="5046"/>
          </w:tcPr>
          <w:p>
            <w:pPr>
              <w:bidi w:val="1"/>
              <w:jc w:val="right"/>
            </w:pPr>
            <w:r>
              <w:rPr>
                <w:rFonts w:cs="Arial" w:ascii="Arial" w:hAnsi="Arial"/>
                <w:rtl w:val="1"/>
              </w:rPr>
              <w:t>פתחו את היצירה, העתיקו בדיוק ובקשו מבודק/ת העובדות לאשר.</w:t>
            </w:r>
          </w:p>
        </w:tc>
      </w:tr>
      <w:tr>
        <w:tc>
          <w:tcPr>
            <w:tcW w:type="dxa" w:w="5046"/>
          </w:tcPr>
          <w:p>
            <w:pPr>
              <w:bidi w:val="1"/>
              <w:jc w:val="right"/>
            </w:pPr>
            <w:r>
              <w:rPr>
                <w:rFonts w:cs="Arial" w:ascii="Arial" w:hAnsi="Arial"/>
                <w:rtl w:val="1"/>
              </w:rPr>
              <w:t>לייחס לדמות משפט שאמרה דמות אחרת.</w:t>
            </w:r>
          </w:p>
        </w:tc>
        <w:tc>
          <w:tcPr>
            <w:tcW w:type="dxa" w:w="5046"/>
          </w:tcPr>
          <w:p>
            <w:pPr>
              <w:bidi w:val="1"/>
              <w:jc w:val="right"/>
            </w:pPr>
            <w:r>
              <w:rPr>
                <w:rFonts w:cs="Arial" w:ascii="Arial" w:hAnsi="Arial"/>
                <w:rtl w:val="1"/>
              </w:rPr>
              <w:t>בדקו מי הדובר בכל ציטוט מדיאלוג וציינו זאת: "השיבה לו אחותו…".</w:t>
            </w:r>
          </w:p>
        </w:tc>
      </w:tr>
    </w:tbl>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רכיב חזותי</w:t>
            </w:r>
          </w:p>
        </w:tc>
        <w:tc>
          <w:tcPr>
            <w:tcW w:type="dxa" w:w="3364"/>
          </w:tcPr>
          <w:p>
            <w:pPr>
              <w:bidi w:val="1"/>
              <w:jc w:val="right"/>
            </w:pPr>
            <w:r>
              <w:rPr>
                <w:rFonts w:cs="Arial" w:ascii="Arial" w:hAnsi="Arial"/>
                <w:b/>
                <w:rtl w:val="1"/>
                <w:bCs/>
              </w:rPr>
              <w:t>איך עושים</w:t>
            </w:r>
          </w:p>
        </w:tc>
        <w:tc>
          <w:tcPr>
            <w:tcW w:type="dxa" w:w="3364"/>
          </w:tcPr>
          <w:p>
            <w:pPr>
              <w:bidi w:val="1"/>
              <w:jc w:val="right"/>
            </w:pPr>
            <w:r>
              <w:rPr>
                <w:rFonts w:cs="Arial" w:ascii="Arial" w:hAnsi="Arial"/>
                <w:b/>
                <w:rtl w:val="1"/>
                <w:bCs/>
              </w:rPr>
              <w:t>טיפ לכיתוב</w:t>
            </w:r>
          </w:p>
        </w:tc>
      </w:tr>
      <w:tr>
        <w:tc>
          <w:tcPr>
            <w:tcW w:type="dxa" w:w="3364"/>
          </w:tcPr>
          <w:p>
            <w:pPr>
              <w:bidi w:val="1"/>
              <w:jc w:val="right"/>
            </w:pPr>
            <w:r>
              <w:rPr>
                <w:rFonts w:cs="Arial" w:ascii="Arial" w:hAnsi="Arial"/>
                <w:rtl w:val="1"/>
              </w:rPr>
              <w:t>📷 תיאור תצלום דמיוני</w:t>
            </w:r>
          </w:p>
        </w:tc>
        <w:tc>
          <w:tcPr>
            <w:tcW w:type="dxa" w:w="3364"/>
          </w:tcPr>
          <w:p>
            <w:pPr>
              <w:bidi w:val="1"/>
              <w:jc w:val="right"/>
            </w:pPr>
            <w:r>
              <w:rPr>
                <w:rFonts w:cs="Arial" w:ascii="Arial" w:hAnsi="Arial"/>
                <w:rtl w:val="1"/>
              </w:rPr>
              <w:t>כתבו מסגרת ובתוכה תיאור מילולי של "תמונה" מרגע ביצירה – מי בפריים, מה ברקע, איזה אור – כאילו צלם/ת היה/ייתה שם.</w:t>
            </w:r>
          </w:p>
        </w:tc>
        <w:tc>
          <w:tcPr>
            <w:tcW w:type="dxa" w:w="3364"/>
          </w:tcPr>
          <w:p>
            <w:pPr>
              <w:bidi w:val="1"/>
              <w:jc w:val="right"/>
            </w:pPr>
            <w:r>
              <w:rPr>
                <w:rFonts w:cs="Arial" w:ascii="Arial" w:hAnsi="Arial"/>
                <w:rtl w:val="1"/>
              </w:rPr>
              <w:t>כתבו כיתוב קצר בנוסח עיתונאי: מי, איפה, מתי – ומשפט אחד שקושר לנושא.</w:t>
            </w:r>
          </w:p>
        </w:tc>
      </w:tr>
      <w:tr>
        <w:tc>
          <w:tcPr>
            <w:tcW w:type="dxa" w:w="3364"/>
          </w:tcPr>
          <w:p>
            <w:pPr>
              <w:bidi w:val="1"/>
              <w:jc w:val="right"/>
            </w:pPr>
            <w:r>
              <w:rPr>
                <w:rFonts w:cs="Arial" w:ascii="Arial" w:hAnsi="Arial"/>
                <w:rtl w:val="1"/>
              </w:rPr>
              <w:t>🖼️ כיתוב לתמונה שצילמתם</w:t>
            </w:r>
          </w:p>
        </w:tc>
        <w:tc>
          <w:tcPr>
            <w:tcW w:type="dxa" w:w="3364"/>
          </w:tcPr>
          <w:p>
            <w:pPr>
              <w:bidi w:val="1"/>
              <w:jc w:val="right"/>
            </w:pPr>
            <w:r>
              <w:rPr>
                <w:rFonts w:cs="Arial" w:ascii="Arial" w:hAnsi="Arial"/>
                <w:rtl w:val="1"/>
              </w:rPr>
              <w:t>צלמו בעצמכם חפץ, נוף או פינה שמזכירים סמל או מקום ביצירה, והציגו אותם כ"צילום ארכיון".</w:t>
            </w:r>
          </w:p>
        </w:tc>
        <w:tc>
          <w:tcPr>
            <w:tcW w:type="dxa" w:w="3364"/>
          </w:tcPr>
          <w:p>
            <w:pPr>
              <w:bidi w:val="1"/>
              <w:jc w:val="right"/>
            </w:pPr>
            <w:r>
              <w:rPr>
                <w:rFonts w:cs="Arial" w:ascii="Arial" w:hAnsi="Arial"/>
                <w:rtl w:val="1"/>
              </w:rPr>
              <w:t>הכיתוב צריך להסביר למה דווקא התמונה הזאת, ואיזה מושג ספרותי היא ממחישה.</w:t>
            </w:r>
          </w:p>
        </w:tc>
      </w:tr>
      <w:tr>
        <w:tc>
          <w:tcPr>
            <w:tcW w:type="dxa" w:w="3364"/>
          </w:tcPr>
          <w:p>
            <w:pPr>
              <w:bidi w:val="1"/>
              <w:jc w:val="right"/>
            </w:pPr>
            <w:r>
              <w:rPr>
                <w:rFonts w:cs="Arial" w:ascii="Arial" w:hAnsi="Arial"/>
                <w:rtl w:val="1"/>
              </w:rPr>
              <w:t>📊 אינפוגרפיקה</w:t>
            </w:r>
          </w:p>
        </w:tc>
        <w:tc>
          <w:tcPr>
            <w:tcW w:type="dxa" w:w="3364"/>
          </w:tcPr>
          <w:p>
            <w:pPr>
              <w:bidi w:val="1"/>
              <w:jc w:val="right"/>
            </w:pPr>
            <w:r>
              <w:rPr>
                <w:rFonts w:cs="Arial" w:ascii="Arial" w:hAnsi="Arial"/>
                <w:rtl w:val="1"/>
              </w:rPr>
              <w:t>הפכו מידע מהיצירות לגרפיקה: כמה פעמים חוזר מוטיב, אילו רגשות מופיעים בכל שיר, מי מדבר עם מי.</w:t>
            </w:r>
          </w:p>
        </w:tc>
        <w:tc>
          <w:tcPr>
            <w:tcW w:type="dxa" w:w="3364"/>
          </w:tcPr>
          <w:p>
            <w:pPr>
              <w:bidi w:val="1"/>
              <w:jc w:val="right"/>
            </w:pPr>
            <w:r>
              <w:rPr>
                <w:rFonts w:cs="Arial" w:ascii="Arial" w:hAnsi="Arial"/>
                <w:rtl w:val="1"/>
              </w:rPr>
              <w:t>תנו לאינפוגרפיקה כותרת שאלה, ובכיתוב כתבו את התשובה שהיא מראה.</w:t>
            </w:r>
          </w:p>
        </w:tc>
      </w:tr>
      <w:tr>
        <w:tc>
          <w:tcPr>
            <w:tcW w:type="dxa" w:w="3364"/>
          </w:tcPr>
          <w:p>
            <w:pPr>
              <w:bidi w:val="1"/>
              <w:jc w:val="right"/>
            </w:pPr>
            <w:r>
              <w:rPr>
                <w:rFonts w:cs="Arial" w:ascii="Arial" w:hAnsi="Arial"/>
                <w:rtl w:val="1"/>
              </w:rPr>
              <w:t>⏳ ציר זמן</w:t>
            </w:r>
          </w:p>
        </w:tc>
        <w:tc>
          <w:tcPr>
            <w:tcW w:type="dxa" w:w="3364"/>
          </w:tcPr>
          <w:p>
            <w:pPr>
              <w:bidi w:val="1"/>
              <w:jc w:val="right"/>
            </w:pPr>
            <w:r>
              <w:rPr>
                <w:rFonts w:cs="Arial" w:ascii="Arial" w:hAnsi="Arial"/>
                <w:rtl w:val="1"/>
              </w:rPr>
              <w:t>סדרו על קו אחד את האירועים המרכזיים ביצירה או במקביל בכמה יצירות, וסמנו את השיא ואת התפנית.</w:t>
            </w:r>
          </w:p>
        </w:tc>
        <w:tc>
          <w:tcPr>
            <w:tcW w:type="dxa" w:w="3364"/>
          </w:tcPr>
          <w:p>
            <w:pPr>
              <w:bidi w:val="1"/>
              <w:jc w:val="right"/>
            </w:pPr>
            <w:r>
              <w:rPr>
                <w:rFonts w:cs="Arial" w:ascii="Arial" w:hAnsi="Arial"/>
                <w:rtl w:val="1"/>
              </w:rPr>
              <w:t>בכיתוב ציינו את הנקודה שבה הכול משתנה, ולמה.</w:t>
            </w:r>
          </w:p>
        </w:tc>
      </w:tr>
      <w:tr>
        <w:tc>
          <w:tcPr>
            <w:tcW w:type="dxa" w:w="3364"/>
          </w:tcPr>
          <w:p>
            <w:pPr>
              <w:bidi w:val="1"/>
              <w:jc w:val="right"/>
            </w:pPr>
            <w:r>
              <w:rPr>
                <w:rFonts w:cs="Arial" w:ascii="Arial" w:hAnsi="Arial"/>
                <w:rtl w:val="1"/>
              </w:rPr>
              <w:t>🗺️ מפה</w:t>
            </w:r>
          </w:p>
        </w:tc>
        <w:tc>
          <w:tcPr>
            <w:tcW w:type="dxa" w:w="3364"/>
          </w:tcPr>
          <w:p>
            <w:pPr>
              <w:bidi w:val="1"/>
              <w:jc w:val="right"/>
            </w:pPr>
            <w:r>
              <w:rPr>
                <w:rFonts w:cs="Arial" w:ascii="Arial" w:hAnsi="Arial"/>
                <w:rtl w:val="1"/>
              </w:rPr>
              <w:t>ציירו מפה של עולם היצירה: הבית, הדרך, המקומות שהדמות עוזבת ואליהם היא מגיעה.</w:t>
            </w:r>
          </w:p>
        </w:tc>
        <w:tc>
          <w:tcPr>
            <w:tcW w:type="dxa" w:w="3364"/>
          </w:tcPr>
          <w:p>
            <w:pPr>
              <w:bidi w:val="1"/>
              <w:jc w:val="right"/>
            </w:pPr>
            <w:r>
              <w:rPr>
                <w:rFonts w:cs="Arial" w:ascii="Arial" w:hAnsi="Arial"/>
                <w:rtl w:val="1"/>
              </w:rPr>
              <w:t>הוסיפו מקרא קצר וכיתוב שמסביר מה המרחק בין המקומות אומר על הדמות.</w:t>
            </w:r>
          </w:p>
        </w:tc>
      </w:tr>
      <w:tr>
        <w:tc>
          <w:tcPr>
            <w:tcW w:type="dxa" w:w="3364"/>
          </w:tcPr>
          <w:p>
            <w:pPr>
              <w:bidi w:val="1"/>
              <w:jc w:val="right"/>
            </w:pPr>
            <w:r>
              <w:rPr>
                <w:rFonts w:cs="Arial" w:ascii="Arial" w:hAnsi="Arial"/>
                <w:rtl w:val="1"/>
              </w:rPr>
              <w:t>✏️ קריקטורה מצוירת ביד</w:t>
            </w:r>
          </w:p>
        </w:tc>
        <w:tc>
          <w:tcPr>
            <w:tcW w:type="dxa" w:w="3364"/>
          </w:tcPr>
          <w:p>
            <w:pPr>
              <w:bidi w:val="1"/>
              <w:jc w:val="right"/>
            </w:pPr>
            <w:r>
              <w:rPr>
                <w:rFonts w:cs="Arial" w:ascii="Arial" w:hAnsi="Arial"/>
                <w:rtl w:val="1"/>
              </w:rPr>
              <w:t>ציירו או תארו במילים קריקטורה שמבקרת או מבליטה מצב ביצירה – למשל דמות קטנה מול חומה גדולה.</w:t>
            </w:r>
          </w:p>
        </w:tc>
        <w:tc>
          <w:tcPr>
            <w:tcW w:type="dxa" w:w="3364"/>
          </w:tcPr>
          <w:p>
            <w:pPr>
              <w:bidi w:val="1"/>
              <w:jc w:val="right"/>
            </w:pPr>
            <w:r>
              <w:rPr>
                <w:rFonts w:cs="Arial" w:ascii="Arial" w:hAnsi="Arial"/>
                <w:rtl w:val="1"/>
              </w:rPr>
              <w:t>כיתוב קריקטורה קצר וחד; אפשר משפט אחד מפי הדמות, בהומור עדין.</w:t>
            </w:r>
          </w:p>
        </w:tc>
      </w:tr>
      <w:tr>
        <w:tc>
          <w:tcPr>
            <w:tcW w:type="dxa" w:w="3364"/>
          </w:tcPr>
          <w:p>
            <w:pPr>
              <w:bidi w:val="1"/>
              <w:jc w:val="right"/>
            </w:pPr>
            <w:r>
              <w:rPr>
                <w:rFonts w:cs="Arial" w:ascii="Arial" w:hAnsi="Arial"/>
                <w:rtl w:val="1"/>
              </w:rPr>
              <w:t>🧮 טבלת השוואה</w:t>
            </w:r>
          </w:p>
        </w:tc>
        <w:tc>
          <w:tcPr>
            <w:tcW w:type="dxa" w:w="3364"/>
          </w:tcPr>
          <w:p>
            <w:pPr>
              <w:bidi w:val="1"/>
              <w:jc w:val="right"/>
            </w:pPr>
            <w:r>
              <w:rPr>
                <w:rFonts w:cs="Arial" w:ascii="Arial" w:hAnsi="Arial"/>
                <w:rtl w:val="1"/>
              </w:rPr>
              <w:t>בנו טבלה של שתיים או שלוש יצירות זו מול זו: איך כל אחת מציגה את הנושא, איזה מושג בולט בה, ציטוט מייצג.</w:t>
            </w:r>
          </w:p>
        </w:tc>
        <w:tc>
          <w:tcPr>
            <w:tcW w:type="dxa" w:w="3364"/>
          </w:tcPr>
          <w:p>
            <w:pPr>
              <w:bidi w:val="1"/>
              <w:jc w:val="right"/>
            </w:pPr>
            <w:r>
              <w:rPr>
                <w:rFonts w:cs="Arial" w:ascii="Arial" w:hAnsi="Arial"/>
                <w:rtl w:val="1"/>
              </w:rPr>
              <w:t>מתחת לטבלה כתבו שורת מסקנה אחת שהטבלה מוכיחה.</w:t>
            </w:r>
          </w:p>
        </w:tc>
      </w:tr>
      <w:tr>
        <w:tc>
          <w:tcPr>
            <w:tcW w:type="dxa" w:w="3364"/>
          </w:tcPr>
          <w:p>
            <w:pPr>
              <w:bidi w:val="1"/>
              <w:jc w:val="right"/>
            </w:pPr>
            <w:r>
              <w:rPr>
                <w:rFonts w:cs="Arial" w:ascii="Arial" w:hAnsi="Arial"/>
                <w:rtl w:val="1"/>
              </w:rPr>
              <w:t>🪪 כרטיס דמות</w:t>
            </w:r>
          </w:p>
        </w:tc>
        <w:tc>
          <w:tcPr>
            <w:tcW w:type="dxa" w:w="3364"/>
          </w:tcPr>
          <w:p>
            <w:pPr>
              <w:bidi w:val="1"/>
              <w:jc w:val="right"/>
            </w:pPr>
            <w:r>
              <w:rPr>
                <w:rFonts w:cs="Arial" w:ascii="Arial" w:hAnsi="Arial"/>
                <w:rtl w:val="1"/>
              </w:rPr>
              <w:t>עצבו "תעודת זהות" לדמות: שם, מקום, תכונות, חלום, פחד, משפט מזהה מתוך היצירה.</w:t>
            </w:r>
          </w:p>
        </w:tc>
        <w:tc>
          <w:tcPr>
            <w:tcW w:type="dxa" w:w="3364"/>
          </w:tcPr>
          <w:p>
            <w:pPr>
              <w:bidi w:val="1"/>
              <w:jc w:val="right"/>
            </w:pPr>
            <w:r>
              <w:rPr>
                <w:rFonts w:cs="Arial" w:ascii="Arial" w:hAnsi="Arial"/>
                <w:rtl w:val="1"/>
              </w:rPr>
              <w:t>הקפידו שהמשפט המזהה יהיה ציטוט מדויק עם מראה מקום.</w:t>
            </w:r>
          </w:p>
        </w:tc>
      </w:tr>
    </w:tbl>
    <w:p/>
    <w:p>
      <w:pPr>
        <w:pStyle w:val="Heading1"/>
        <w:bidi w:val="1"/>
        <w:jc w:val="right"/>
      </w:pPr>
      <w:r>
        <w:rPr>
          <w:rFonts w:cs="Arial" w:ascii="Arial" w:hAnsi="Arial"/>
          <w:b/>
          <w:color w:val="7B1E2B"/>
          <w:sz w:val="34"/>
          <w:rtl w:val="1"/>
          <w:bCs/>
          <w:szCs w:val="34"/>
        </w:rPr>
        <w:t>חלק ה׳ – רשימות בדיקה</w:t>
      </w:r>
    </w:p>
    <w:p>
      <w:pPr>
        <w:bidi w:val="1"/>
        <w:jc w:val="right"/>
      </w:pPr>
      <w:r>
        <w:rPr>
          <w:rFonts w:cs="Arial" w:ascii="Arial" w:hAnsi="Arial"/>
          <w:color w:val="5A4632"/>
          <w:rtl w:val="1"/>
        </w:rPr>
        <w:t>סמנו ☑ לפני כל הגשה.</w:t>
      </w:r>
    </w:p>
    <w:p>
      <w:pPr>
        <w:pStyle w:val="Heading3"/>
        <w:bidi w:val="1"/>
        <w:jc w:val="right"/>
      </w:pPr>
      <w:r>
        <w:rPr>
          <w:rFonts w:cs="Arial" w:ascii="Arial" w:hAnsi="Arial"/>
          <w:b/>
          <w:color w:val="1F3B5A"/>
          <w:sz w:val="25"/>
          <w:rtl w:val="1"/>
          <w:bCs/>
          <w:szCs w:val="25"/>
        </w:rPr>
        <w:t>הכתבה המרכזית</w:t>
      </w:r>
    </w:p>
    <w:p>
      <w:pPr>
        <w:bidi w:val="1"/>
        <w:jc w:val="right"/>
      </w:pPr>
      <w:r>
        <w:rPr>
          <w:rFonts w:cs="Arial" w:ascii="Arial" w:hAnsi="Arial"/>
          <w:rtl w:val="1"/>
        </w:rPr>
        <w:t>‏☐ יש כותרת ראשית וכותרת משנה</w:t>
      </w:r>
    </w:p>
    <w:p>
      <w:pPr>
        <w:bidi w:val="1"/>
        <w:jc w:val="right"/>
      </w:pPr>
      <w:r>
        <w:rPr>
          <w:rFonts w:cs="Arial" w:ascii="Arial" w:hAnsi="Arial"/>
          <w:rtl w:val="1"/>
        </w:rPr>
        <w:t>‏☐ הליד עונה על השאלות מי, מה, מתי, איפה, למה ואיך</w:t>
      </w:r>
    </w:p>
    <w:p>
      <w:pPr>
        <w:bidi w:val="1"/>
        <w:jc w:val="right"/>
      </w:pPr>
      <w:r>
        <w:rPr>
          <w:rFonts w:cs="Arial" w:ascii="Arial" w:hAnsi="Arial"/>
          <w:rtl w:val="1"/>
        </w:rPr>
        <w:t>‏☐ הכתבה בנויה כפירמידה הפוכה – העיקר בהתחלה</w:t>
      </w:r>
    </w:p>
    <w:p>
      <w:pPr>
        <w:bidi w:val="1"/>
        <w:jc w:val="right"/>
      </w:pPr>
      <w:r>
        <w:rPr>
          <w:rFonts w:cs="Arial" w:ascii="Arial" w:hAnsi="Arial"/>
          <w:rtl w:val="1"/>
        </w:rPr>
        <w:t>‏☐ שני מושגים ספרותיים לפחות, מוסברים ולא רק מוזכרים</w:t>
      </w:r>
    </w:p>
    <w:p>
      <w:pPr>
        <w:bidi w:val="1"/>
        <w:jc w:val="right"/>
      </w:pPr>
      <w:r>
        <w:rPr>
          <w:rFonts w:cs="Arial" w:ascii="Arial" w:hAnsi="Arial"/>
          <w:rtl w:val="1"/>
        </w:rPr>
        <w:t>‏☐ כל חבר/ת צוות הביא/ה לפחות מקור אחד מהיצירות</w:t>
      </w:r>
    </w:p>
    <w:p>
      <w:pPr>
        <w:bidi w:val="1"/>
        <w:jc w:val="right"/>
      </w:pPr>
      <w:r>
        <w:rPr>
          <w:rFonts w:cs="Arial" w:ascii="Arial" w:hAnsi="Arial"/>
          <w:rtl w:val="1"/>
        </w:rPr>
        <w:t>‏☐ כל ציטוט במירכאות ועם מראה מקום</w:t>
      </w:r>
    </w:p>
    <w:p>
      <w:pPr>
        <w:bidi w:val="1"/>
        <w:jc w:val="right"/>
      </w:pPr>
      <w:r>
        <w:rPr>
          <w:rFonts w:cs="Arial" w:ascii="Arial" w:hAnsi="Arial"/>
          <w:rtl w:val="1"/>
        </w:rPr>
        <w:t>‏☐ יש רכיב חזותי עם כיתוב</w:t>
      </w:r>
    </w:p>
    <w:p>
      <w:pPr>
        <w:bidi w:val="1"/>
        <w:jc w:val="right"/>
      </w:pPr>
      <w:r>
        <w:rPr>
          <w:rFonts w:cs="Arial" w:ascii="Arial" w:hAnsi="Arial"/>
          <w:rtl w:val="1"/>
        </w:rPr>
        <w:t>‏☐ האורך כ־400–450 מילים</w:t>
      </w:r>
    </w:p>
    <w:p>
      <w:pPr>
        <w:bidi w:val="1"/>
        <w:jc w:val="right"/>
      </w:pPr>
      <w:r>
        <w:rPr>
          <w:rFonts w:cs="Arial" w:ascii="Arial" w:hAnsi="Arial"/>
          <w:rtl w:val="1"/>
        </w:rPr>
        <w:t>‏☐ הכתבה מחברת בין היצירות סביב הנושא, ולא מסכמת כל יצירה בנפרד</w:t>
      </w:r>
    </w:p>
    <w:p>
      <w:pPr>
        <w:pStyle w:val="Heading3"/>
        <w:bidi w:val="1"/>
        <w:jc w:val="right"/>
      </w:pPr>
      <w:r>
        <w:rPr>
          <w:rFonts w:cs="Arial" w:ascii="Arial" w:hAnsi="Arial"/>
          <w:b/>
          <w:color w:val="1F3B5A"/>
          <w:sz w:val="25"/>
          <w:rtl w:val="1"/>
          <w:bCs/>
          <w:szCs w:val="25"/>
        </w:rPr>
        <w:t>כתבת משנה</w:t>
      </w:r>
    </w:p>
    <w:p>
      <w:pPr>
        <w:bidi w:val="1"/>
        <w:jc w:val="right"/>
      </w:pPr>
      <w:r>
        <w:rPr>
          <w:rFonts w:cs="Arial" w:ascii="Arial" w:hAnsi="Arial"/>
          <w:rtl w:val="1"/>
        </w:rPr>
        <w:t>‏☐ כל כתבת משנה בצוות היא מסוג אחר</w:t>
      </w:r>
    </w:p>
    <w:p>
      <w:pPr>
        <w:bidi w:val="1"/>
        <w:jc w:val="right"/>
      </w:pPr>
      <w:r>
        <w:rPr>
          <w:rFonts w:cs="Arial" w:ascii="Arial" w:hAnsi="Arial"/>
          <w:rtl w:val="1"/>
        </w:rPr>
        <w:t>‏☐ יש כותרת שמושכת לקרוא</w:t>
      </w:r>
    </w:p>
    <w:p>
      <w:pPr>
        <w:bidi w:val="1"/>
        <w:jc w:val="right"/>
      </w:pPr>
      <w:r>
        <w:rPr>
          <w:rFonts w:cs="Arial" w:ascii="Arial" w:hAnsi="Arial"/>
          <w:rtl w:val="1"/>
        </w:rPr>
        <w:t>‏☐ העמדה האישית שלי ברורה ומנומקת</w:t>
      </w:r>
    </w:p>
    <w:p>
      <w:pPr>
        <w:bidi w:val="1"/>
        <w:jc w:val="right"/>
      </w:pPr>
      <w:r>
        <w:rPr>
          <w:rFonts w:cs="Arial" w:ascii="Arial" w:hAnsi="Arial"/>
          <w:rtl w:val="1"/>
        </w:rPr>
        <w:t>‏☐ יש מושג ספרותי אחד לפחות</w:t>
      </w:r>
    </w:p>
    <w:p>
      <w:pPr>
        <w:bidi w:val="1"/>
        <w:jc w:val="right"/>
      </w:pPr>
      <w:r>
        <w:rPr>
          <w:rFonts w:cs="Arial" w:ascii="Arial" w:hAnsi="Arial"/>
          <w:rtl w:val="1"/>
        </w:rPr>
        <w:t>‏☐ יש שני מקורות או טקסטים לפחות</w:t>
      </w:r>
    </w:p>
    <w:p>
      <w:pPr>
        <w:bidi w:val="1"/>
        <w:jc w:val="right"/>
      </w:pPr>
      <w:r>
        <w:rPr>
          <w:rFonts w:cs="Arial" w:ascii="Arial" w:hAnsi="Arial"/>
          <w:rtl w:val="1"/>
        </w:rPr>
        <w:t>‏☐ הסגנון מתאים לסוג הכתבה שבחרתי</w:t>
      </w:r>
    </w:p>
    <w:p>
      <w:pPr>
        <w:bidi w:val="1"/>
        <w:jc w:val="right"/>
      </w:pPr>
      <w:r>
        <w:rPr>
          <w:rFonts w:cs="Arial" w:ascii="Arial" w:hAnsi="Arial"/>
          <w:rtl w:val="1"/>
        </w:rPr>
        <w:t>‏☐ האורך כ־200–400 מילים</w:t>
      </w:r>
    </w:p>
    <w:p>
      <w:pPr>
        <w:bidi w:val="1"/>
        <w:jc w:val="right"/>
      </w:pPr>
      <w:r>
        <w:rPr>
          <w:rFonts w:cs="Arial" w:ascii="Arial" w:hAnsi="Arial"/>
          <w:rtl w:val="1"/>
        </w:rPr>
        <w:t>‏☐ הכתבה קשורה לנושא של העיתון</w:t>
      </w:r>
    </w:p>
    <w:p>
      <w:pPr>
        <w:pStyle w:val="Heading3"/>
        <w:bidi w:val="1"/>
        <w:jc w:val="right"/>
      </w:pPr>
      <w:r>
        <w:rPr>
          <w:rFonts w:cs="Arial" w:ascii="Arial" w:hAnsi="Arial"/>
          <w:b/>
          <w:color w:val="1F3B5A"/>
          <w:sz w:val="25"/>
          <w:rtl w:val="1"/>
          <w:bCs/>
          <w:szCs w:val="25"/>
        </w:rPr>
        <w:t>דבר העורכים</w:t>
      </w:r>
    </w:p>
    <w:p>
      <w:pPr>
        <w:bidi w:val="1"/>
        <w:jc w:val="right"/>
      </w:pPr>
      <w:r>
        <w:rPr>
          <w:rFonts w:cs="Arial" w:ascii="Arial" w:hAnsi="Arial"/>
          <w:rtl w:val="1"/>
        </w:rPr>
        <w:t>‏☐ הכותרת קושרת את כל חלקי העיתון</w:t>
      </w:r>
    </w:p>
    <w:p>
      <w:pPr>
        <w:bidi w:val="1"/>
        <w:jc w:val="right"/>
      </w:pPr>
      <w:r>
        <w:rPr>
          <w:rFonts w:cs="Arial" w:ascii="Arial" w:hAnsi="Arial"/>
          <w:rtl w:val="1"/>
        </w:rPr>
        <w:t>‏☐ מוצגת תובנה משותפת אחת ברורה</w:t>
      </w:r>
    </w:p>
    <w:p>
      <w:pPr>
        <w:bidi w:val="1"/>
        <w:jc w:val="right"/>
      </w:pPr>
      <w:r>
        <w:rPr>
          <w:rFonts w:cs="Arial" w:ascii="Arial" w:hAnsi="Arial"/>
          <w:rtl w:val="1"/>
        </w:rPr>
        <w:t>‏☐ מוצגות נקודות המחלוקת בכבוד ובהגינות</w:t>
      </w:r>
    </w:p>
    <w:p>
      <w:pPr>
        <w:bidi w:val="1"/>
        <w:jc w:val="right"/>
      </w:pPr>
      <w:r>
        <w:rPr>
          <w:rFonts w:cs="Arial" w:ascii="Arial" w:hAnsi="Arial"/>
          <w:rtl w:val="1"/>
        </w:rPr>
        <w:t>‏☐ מוסבר מה ההשלכות של התובנה – מה היא אומרת לנו היום</w:t>
      </w:r>
    </w:p>
    <w:p>
      <w:pPr>
        <w:bidi w:val="1"/>
        <w:jc w:val="right"/>
      </w:pPr>
      <w:r>
        <w:rPr>
          <w:rFonts w:cs="Arial" w:ascii="Arial" w:hAnsi="Arial"/>
          <w:rtl w:val="1"/>
        </w:rPr>
        <w:t>‏☐ יש מושג ספרותי אחד לפחות</w:t>
      </w:r>
    </w:p>
    <w:p>
      <w:pPr>
        <w:bidi w:val="1"/>
        <w:jc w:val="right"/>
      </w:pPr>
      <w:r>
        <w:rPr>
          <w:rFonts w:cs="Arial" w:ascii="Arial" w:hAnsi="Arial"/>
          <w:rtl w:val="1"/>
        </w:rPr>
        <w:t>‏☐ יש הפניה לכתבה המרכזית ולכתבות המשנה</w:t>
      </w:r>
    </w:p>
    <w:p>
      <w:pPr>
        <w:bidi w:val="1"/>
        <w:jc w:val="right"/>
      </w:pPr>
      <w:r>
        <w:rPr>
          <w:rFonts w:cs="Arial" w:ascii="Arial" w:hAnsi="Arial"/>
          <w:rtl w:val="1"/>
        </w:rPr>
        <w:t>‏☐ האורך כ־200–400 מילים</w:t>
      </w:r>
    </w:p>
    <w:p>
      <w:pPr>
        <w:pStyle w:val="Heading3"/>
        <w:bidi w:val="1"/>
        <w:jc w:val="right"/>
      </w:pPr>
      <w:r>
        <w:rPr>
          <w:rFonts w:cs="Arial" w:ascii="Arial" w:hAnsi="Arial"/>
          <w:b/>
          <w:color w:val="1F3B5A"/>
          <w:sz w:val="25"/>
          <w:rtl w:val="1"/>
          <w:bCs/>
          <w:szCs w:val="25"/>
        </w:rPr>
        <w:t>לפני ההגשה</w:t>
      </w:r>
    </w:p>
    <w:p>
      <w:pPr>
        <w:bidi w:val="1"/>
        <w:jc w:val="right"/>
      </w:pPr>
      <w:r>
        <w:rPr>
          <w:rFonts w:cs="Arial" w:ascii="Arial" w:hAnsi="Arial"/>
          <w:rtl w:val="1"/>
        </w:rPr>
        <w:t>‏☐ שם העיתון, תאריך ושמות כל חברי הצוות מופיעים</w:t>
      </w:r>
    </w:p>
    <w:p>
      <w:pPr>
        <w:bidi w:val="1"/>
        <w:jc w:val="right"/>
      </w:pPr>
      <w:r>
        <w:rPr>
          <w:rFonts w:cs="Arial" w:ascii="Arial" w:hAnsi="Arial"/>
          <w:rtl w:val="1"/>
        </w:rPr>
        <w:t>‏☐ כל ארבעת החלקים קיימים ומסודרים</w:t>
      </w:r>
    </w:p>
    <w:p>
      <w:pPr>
        <w:bidi w:val="1"/>
        <w:jc w:val="right"/>
      </w:pPr>
      <w:r>
        <w:rPr>
          <w:rFonts w:cs="Arial" w:ascii="Arial" w:hAnsi="Arial"/>
          <w:rtl w:val="1"/>
        </w:rPr>
        <w:t>‏☐ כל הציטוטים נבדקו מול היצירות</w:t>
      </w:r>
    </w:p>
    <w:p>
      <w:pPr>
        <w:bidi w:val="1"/>
        <w:jc w:val="right"/>
      </w:pPr>
      <w:r>
        <w:rPr>
          <w:rFonts w:cs="Arial" w:ascii="Arial" w:hAnsi="Arial"/>
          <w:rtl w:val="1"/>
        </w:rPr>
        <w:t>‏☐ מספרי המילים בכל חלק נבדקו</w:t>
      </w:r>
    </w:p>
    <w:p>
      <w:pPr>
        <w:bidi w:val="1"/>
        <w:jc w:val="right"/>
      </w:pPr>
      <w:r>
        <w:rPr>
          <w:rFonts w:cs="Arial" w:ascii="Arial" w:hAnsi="Arial"/>
          <w:rtl w:val="1"/>
        </w:rPr>
        <w:t>‏☐ העיתון עבר עריכה לשונית: כתיב, פיסוק, התאם</w:t>
      </w:r>
    </w:p>
    <w:p>
      <w:pPr>
        <w:bidi w:val="1"/>
        <w:jc w:val="right"/>
      </w:pPr>
      <w:r>
        <w:rPr>
          <w:rFonts w:cs="Arial" w:ascii="Arial" w:hAnsi="Arial"/>
          <w:rtl w:val="1"/>
        </w:rPr>
        <w:t>‏☐ הרכיבים החזותיים מקוריים ועם כיתוב</w:t>
      </w:r>
    </w:p>
    <w:p>
      <w:pPr>
        <w:bidi w:val="1"/>
        <w:jc w:val="right"/>
      </w:pPr>
      <w:r>
        <w:rPr>
          <w:rFonts w:cs="Arial" w:ascii="Arial" w:hAnsi="Arial"/>
          <w:rtl w:val="1"/>
        </w:rPr>
        <w:t>‏☐ העיצוב נראה כמו עיתון: טורים, כותרות, ריווח</w:t>
      </w:r>
    </w:p>
    <w:p>
      <w:pPr>
        <w:bidi w:val="1"/>
        <w:jc w:val="right"/>
      </w:pPr>
      <w:r>
        <w:rPr>
          <w:rFonts w:cs="Arial" w:ascii="Arial" w:hAnsi="Arial"/>
          <w:rtl w:val="1"/>
        </w:rPr>
        <w:t>‏☐ כל אחד ואחת כתבו משוב אישי</w:t>
      </w:r>
    </w:p>
    <w:p>
      <w:pPr>
        <w:bidi w:val="1"/>
        <w:jc w:val="right"/>
      </w:pPr>
      <w:r>
        <w:rPr>
          <w:rFonts w:cs="Arial" w:ascii="Arial" w:hAnsi="Arial"/>
          <w:rtl w:val="1"/>
        </w:rPr>
        <w:t>‏☐ רשימת היצירות שעליהן נשענו מופיעה בסוף</w:t>
      </w:r>
    </w:p>
    <w:p>
      <w:pPr>
        <w:bidi w:val="1"/>
        <w:jc w:val="right"/>
      </w:pPr>
      <w:r>
        <w:rPr>
          <w:rFonts w:cs="Arial" w:ascii="Arial" w:hAnsi="Arial"/>
          <w:b/>
          <w:rtl w:val="1"/>
          <w:bCs/>
        </w:rPr>
        <w:t>✂️ כרטיס יציאה</w:t>
      </w:r>
    </w:p>
    <w:p>
      <w:pPr>
        <w:bidi w:val="1"/>
        <w:jc w:val="right"/>
      </w:pPr>
      <w:r>
        <w:rPr>
          <w:rFonts w:cs="Arial" w:ascii="Arial" w:hAnsi="Arial"/>
          <w:rtl w:val="1"/>
        </w:rPr>
        <w:t>שם: ______________</w:t>
      </w:r>
    </w:p>
    <w:p>
      <w:pPr>
        <w:bidi w:val="1"/>
        <w:jc w:val="right"/>
      </w:pPr>
      <w:r>
        <w:rPr>
          <w:rFonts w:cs="Arial" w:ascii="Arial" w:hAnsi="Arial"/>
          <w:rtl w:val="1"/>
        </w:rPr>
        <w:t>הדבר שהכי ברור לי עכשיו במשימה, והדבר שעוד לא ברור לי:</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786450"/>
          <w:sz w:val="18"/>
          <w:rtl w:val="1"/>
          <w:szCs w:val="18"/>
        </w:rPr>
        <w:t>יצרה: רוית ראש בן ישי</w:t>
      </w:r>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