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מילון מושגים ספרותיים לעיתון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הגדרה · איך משלבים בכתבה · שאלה לטקסט · תרגול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לתלמיד/ה · תלמיד · מושגים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א׳ – דמות ועלילה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📰 איך משלבים בעיתון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עגולה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מורכבת שיש לה כמה צדדים, סתירות פנימיות ועולם רגשי עשיר, ולכן היא יכולה להפתיע את הקורא.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בריאיון עם דמות עגולה שאלו שאלות שחושפות סתירה: "אמרת כך, אבל עשית אחרת – איך זה מסתדר?"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שטוחה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שנבנית סביב תכונה אחת בולטת ואינה משתנה; לעיתים היא משמשת כטיפוס או כרקע.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בכתבה החדשותית אפשר להציג דמות שטוחה כ"קול מן הרחוב" – ולשאול למה המחבר בחר לא להעמיק בה.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דינמית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שעוברת שינוי משמעותי במהלך היצירה – בהבנה, בערכים או בהתנהגות.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כתבו "פרופיל לפני ואחרי": שני תיאורים קצרים של הדמות וציטוט שמסמן את נקודת השינוי.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סטטית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שנשארת בעיקרה כפי שהייתה מתחילת היצירה ועד סופה, גם אם עוברים עליה אירועים.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בטור דעה אפשר לטעון שהיעדר השינוי הוא עצמו האמירה של היצירה.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קונפליקט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מאבק או התנגשות שמניעים את העלילה: בין דמויות, בין דמות לחברה, בין דמות לגורל, או בתוך נפשה של הדמות.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הכתבה החדשותית בנויה מטבעה על קונפליקט: הציגו את שני הצדדים כ"עמדות" וצטטו כל צד.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אקספוזיציה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פתיחת היצירה, שבה הקורא מכיר את הדמויות, את המקום ואת המצב שממנו תצא העלילה.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השתמשו באקספוזיציה כחומר לפסקת הרקע בכתבה: "כדי להבין מה קרה, צריך לחזור להתחלה".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הנקודה שבה המתח בעלילה מגיע לרמתו הגבוהה ביותר, ומשם הדברים מתחילים להיפתר או להתפרק.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השיא הוא "החדשה" של הכתבה המרכזית – פתחו בו את הליד ורק אחר כך חזרו לרקע.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תפנית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שינוי חד ובלתי צפוי בכיוון העלילה או במצבה של הדמות, שמשנה את המשמעות של מה שקרה קודם.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כותרת בנוסח "מהפך:" מתאימה לתפנית; הסבירו בגוף הכתבה מה השתנה ולמה זה חשוב.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סוף פתוח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סיום שאינו פותר את כל השאלות ומשאיר לקורא להחליט מה יקרה או מה המשמעות.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מדור "מה יקרה מחר?" או טור דעה שמציע המשך אפשרי – ומנמק אותו מתוך הטקסט.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ב׳ – מבנה ומספר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📰 איך משלבים בעיתון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מספר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הקול שמספר את הסיפור. המספר אינו הסופר – הוא דמות או קול שהסופר יצר.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בבדיקת עובדות שאלו: האם אפשר לסמוך על המספר? כתבו זאת בכתבה כ"לפי עדותו של המספר…".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מספר יודע־כול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מספר שאינו דמות בסיפור ויודע הכול: מחשבות של כל הדמויות, העבר והעתיד.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בכתבה אפשר לצטט את המספר יודע־הכול כ"מקור בכיר" שמגלה מה שהדמויות עצמן מסתירות.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נקודת מבט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העמדה שממנה רואים את האירועים: דרך עיניה של דמות מסוימת, של המספר או של קבוצה.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כתבת משנה יכולה לספר שוב את האירוע המרכזי מנקודת מבט של דמות אחרת – ולהראות מה השתנה.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זמן סיפור וזמן מסופר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זמן מסופר הוא משך האירועים בעולם היצירה; זמן סיפור הוא כמה מקום הם תופסים בטקסט. הפער ביניהם מראה מה חשוב למחבר.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בציר זמן חזותי סמנו איפה היצירה "מאטה" ואיפה היא "דוהרת", וכתבו מה זה מלמד.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פער מכוון במידע שהיצירה משאירה – משהו שלא נאמר, ועל הקורא להשלים אותו מתוך רמזים.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מבנה "חקירה עיתונאית" מתאים לחלל: הציגו את הרמזים והציעו השערה מנומקת למה שלא נאמר.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מקום (חלל) ואווירה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המקום שבו מתרחשת היצירה והתחושה שהוא יוצר; לא רק רקע, אלא חלק מהמשמעות.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בכתבת מסע או ביומן תארו את המקום דרך החושים – ריח, קול, אור – וקשרו אותו למצב הנפשי של הדמות.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מוטיב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פרט, תמונה, מילה או רעיון שחוזרים כמה פעמים ביצירה, ובכל חזרה מקבלים משמעות עמוקה יותר.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אינפוגרפיקה "איפה הופיע?" – סמנו כל הופעה של המוטיב וכתבו מה השתנה בה.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ג׳ – לשון ציורית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📰 איך משלבים בעיתון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ניגוד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העמדה של שני דברים מנוגדים זה מול זה – דמויות, מקומות, צבעים, רגשות – כדי להבליט את שניהם ולחדד משמעות.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טבלת השוואה בשני טורים היא דרך עיתונאית מצוינת להציג ניגוד; הוסיפו שורת "ומה זה אומר?".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דימוי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השוואה מפורשת בין שני דברים שונים בעזרת מילת השוואה (כמו, כ־, דומה ל־), כדי להאיר תכונה משותפת.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בכותרת משנה או בכיתוב לתמונה אפשר להשתמש בדימוי מתוך היצירה ולהסביר אותו בגוף הכתבה.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מטפורה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העברת משמעות ממקום אחד לאחר בלי מילת השוואה: הדבר "הוא" משהו אחר, וכך נוצרת תמונה דחוסה ועשירה.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מטפורה מהיצירה יכולה להפוך לכותרת חזקה; בגוף הכתבה "פרקו" אותה: מה התחום המקורי ומה הועבר.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האנשה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מתן תכונות אנושיות – רגש, דיבור, מחשבה – לדבר שאינו אדם: חפץ, נוף, בעל חיים או רעיון.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בריאיון דמיוני אפשר לראיין את הדבר המואנש: "שאלנו את הנהר מה ראה באותו לילה".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סמל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דבר מוחשי (חפץ, צבע, מקום, בעל חיים) שמייצג ביצירה רעיון מופשט גדול ממנו, מעבר למשמעותו המילולית.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הרכיב החזותי יכול להיות הסמל עצמו – ציור או תצלום שלכם – עם כיתוב שמסביר מה הוא מייצג.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אירוניה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פער בין מה שנאמר למה שמתכוונים, או בין מה שמצופה למה שקורה בפועל.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טור דעה עם מעט אירוניה יכול להיות חד ומשעשע – אבל הקפידו שהקורא יבין את הכוונה האמיתית.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אנלוגיה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הקבלה בין שני מצבים, דמויות או סיפורים שדומים במבנה שלהם, כך שאחד מאיר את השני.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האנלוגיה היא הכלי הטבעי של עיתון חוצה יצירות: בכתבה המרכזית הציגו כיצד מצב ביצירה אחת מקביל למצב ביצירה אחרת.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ד׳ – דרמה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📰 איך משלבים בעיתון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דיאלוג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שיחה בין שתי דמויות או יותר; בדרמה הוא הכלי העיקרי שדרכו מתקדמת העלילה ונחשפות הדמויות.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קצר מדיאלוג הוא "עדות" מצוינת בכתבה חדשותית: מי אמר, למי, ובאיזה רגע.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מונולוג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דברים ארוכים שאומרת דמות אחת, לעיתים לעצמה, וחושפים את מחשבותיה, ספקותיה ורגשותיה.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טור דעה בקולה של דמות יכול להיות מעין מונולוג: נמקו את הבחירות שלכם מתוך דבריה ביצירה.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הערות במה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הוראות המחזאי שאינן נאמרות על הבמה: תיאור תפאורה, תנועה, טון דיבור, שתיקות, כניסות ויציאות.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בכתבה חדשותית השתמשו בהערות הבמה כ"תיאור הזירה": מה ראו העדים, איך נראה החדר, מה נשמע.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אירוניה דרמטית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מצב שבו הקהל יודע משהו חשוב שהדמות על הבמה אינה יודעת, ולכן כל מילה שלה נשמעת אחרת.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מדור "מה הם לא ידעו" בעיתון יכול לחשוף לקוראים את הפער בין הקהל לדמויות.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מנוגדת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שתכונותיה הפוכות לאלה של הדמות הראשית, ולכן היא מבליטה אותן ומחדדת את הקונפליקט.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ריאיון כפול עם שתי הדמויות זו מול זו יוצר כתבת משנה מרתקת.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ה׳ – שירה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📰 איך משלבים בעיתון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דובר בשיר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הקול שמדבר בשיר – "האני" של השיר. הדובר אינו בהכרח המשורר עצמו, אלא דמות שהשיר יוצר.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בריאיון דמיוני אפשר לראיין את הדובר בשיר, ולשאול אותו על מה שהוא רואה, זוכר ומרגיש.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בית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קבוצת שורות בשיר שמופרדת משאר השיר ברווח, בדומה לפסקה בפרוזה; לכל בית לעיתים נושא או תפקיד משלו.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בציר זמן או באינפוגרפיקה הציגו את התנועה מבית לבית – מה משתנה בכל אחד.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חרוז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הדמיון בצליל בסופי מילים, בדרך כלל בסוף שורות, שיוצר מוזיקליות ומחבר בין מילים במשמעות.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בכתבה אפשר להראות כיצד החרוז "מחתן" בין שתי מילים ולשאול מה הקשר ביניהן.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משקל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סידור קבוע של הברות מוטעמות ובלתי מוטעמות בשורות השיר, שיוצר קצב חוזר.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בכתבת משנה אפשר להקריא שורה בקול, לסמן את ההטעמות ולבדוק אם הקצב רגוע, נוקשה או דוהר – ומה זה אומר על הרגש.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תקבולת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חזרה על מבנה תחבירי או על רעיון בשתי שורות או יותר, לעיתים במילים אחרות, כדי להדגיש או להעשיר.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כותרת בנויה כתקבולת קצרה ("ביום – רעש. בלילה – שקט.") תופסת את העין ומזמינה קריאה.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פנייה ישירה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מצב שבו הדובר פונה אל נמען מסוים – אדם, מקום, אלוהים, הטבע – ולא רק מתאר.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מכתב למערכת מתאים לפנייה ישירה: כתבו מכתב תשובה בשם הנמען של השיר.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תרגול – התאימו מושג להגדרה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כתבו ליד כל מושג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#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האות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סמל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שנשארת בעיקרה כפי שהייתה מתחילת היצירה ועד סופה, גם אם עוברים עליה אירועים.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מספר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הוראות המחזאי שאינן נאמרות על הבמה: תיאור תפאורה, תנועה, טון דיבור, שתיקות, כניסות ויציאות.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הערות במה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העמדה שממנה רואים את האירועים: דרך עיניה של דמות מסוימת, של המספר או של קבוצה.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פנייה ישירה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שנבנית סביב תכונה אחת בולטת ואינה משתנה; לעיתים היא משמשת כטיפוס או כרקע.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שטוחה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דבר מוחשי (חפץ, צבע, מקום, בעל חיים) שמייצג ביצירה רעיון מופשט גדול ממנו, מעבר למשמעותו המילולית.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דינמית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ו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השוואה מפורשת בין שני דברים שונים בעזרת מילת השוואה (כמו, כ־, דומה ל־), כדי להאיר תכונה משותפת.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7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אירוניה דרמטית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הקול שמספר את הסיפור. המספר אינו הסופר – הוא דמות או קול שהסופר יצר.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דימוי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מצב שבו הקהל יודע משהו חשוב שהדמות על הבמה אינה יודעת, ולכן כל מילה שלה נשמעת אחרת.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9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סטטית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 שעוברת שינוי משמעותי במהלך היצירה – בהבנה, בערכים או בהתנהגות.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נקודת מבט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מצב שבו הדובר פונה אל נמען מסוים – אדם, מקום, אלוהים, הטבע – ולא רק מתאר.</w:t>
            </w:r>
          </w:p>
        </w:tc>
      </w:tr>
    </w:tbl>
    <w:p/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בחרו שני מושגים ותכננו איך תשלבו אותם בכתבה המרכזית שלכם: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786450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