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right"/>
      </w:pPr>
      <w:r>
        <w:rPr>
          <w:rFonts w:cs="Arial" w:ascii="Arial" w:hAnsi="Arial"/>
          <w:b/>
          <w:color w:val="7B1E2B"/>
          <w:sz w:val="44"/>
          <w:rtl w:val="1"/>
          <w:bCs/>
          <w:szCs w:val="44"/>
        </w:rPr>
        <w:t>תבניות כתיבה לעיתון</w:t>
      </w:r>
    </w:p>
    <w:p>
      <w:pPr>
        <w:bidi w:val="1"/>
        <w:jc w:val="right"/>
      </w:pPr>
      <w:r>
        <w:rPr>
          <w:rFonts w:cs="Arial" w:ascii="Arial" w:hAnsi="Arial"/>
          <w:color w:val="5A4632"/>
          <w:sz w:val="26"/>
          <w:rtl w:val="1"/>
          <w:szCs w:val="26"/>
        </w:rPr>
        <w:t>דפי עבודה עם שורות כתיבה לכל חלקי העיתון</w:t>
      </w:r>
    </w:p>
    <w:p>
      <w:pPr>
        <w:bidi w:val="1"/>
        <w:jc w:val="right"/>
      </w:pPr>
      <w:r>
        <w:rPr>
          <w:rFonts w:cs="Arial" w:ascii="Arial" w:hAnsi="Arial"/>
          <w:color w:val="7B1E2B"/>
          <w:sz w:val="20"/>
          <w:rtl w:val="1"/>
          <w:szCs w:val="20"/>
        </w:rPr>
        <w:t>לתלמיד/ה · תלמיד · תבניות · יצרה: רוית ראש בן ישי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3364"/>
        <w:gridCol w:w="3364"/>
        <w:gridCol w:w="3364"/>
      </w:tblGrid>
      <w:tr>
        <w:tc>
          <w:tcPr>
            <w:tcW w:type="dxa" w:w="3364"/>
          </w:tcPr>
          <w:p>
            <w:pPr>
              <w:bidi w:val="1"/>
              <w:jc w:val="right"/>
            </w:pPr>
            <w:r>
              <w:rPr>
                <w:rFonts w:cs="Arial" w:ascii="Arial" w:hAnsi="Arial"/>
                <w:rtl w:val="1"/>
              </w:rPr>
              <w:t>שם: ____________</w:t>
            </w:r>
          </w:p>
        </w:tc>
        <w:tc>
          <w:tcPr>
            <w:tcW w:type="dxa" w:w="3364"/>
          </w:tcPr>
          <w:p>
            <w:pPr>
              <w:bidi w:val="1"/>
              <w:jc w:val="right"/>
            </w:pPr>
            <w:r>
              <w:rPr>
                <w:rFonts w:cs="Arial" w:ascii="Arial" w:hAnsi="Arial"/>
                <w:rtl w:val="1"/>
              </w:rPr>
              <w:t>כיתה: ______</w:t>
            </w:r>
          </w:p>
        </w:tc>
        <w:tc>
          <w:tcPr>
            <w:tcW w:type="dxa" w:w="3364"/>
          </w:tcPr>
          <w:p>
            <w:pPr>
              <w:bidi w:val="1"/>
              <w:jc w:val="right"/>
            </w:pPr>
            <w:r>
              <w:rPr>
                <w:rFonts w:cs="Arial" w:ascii="Arial" w:hAnsi="Arial"/>
                <w:rtl w:val="1"/>
              </w:rPr>
              <w:t>תאריך: ________</w:t>
            </w:r>
          </w:p>
        </w:tc>
      </w:tr>
    </w:tbl>
    <w:p/>
    <w:p>
      <w:pPr>
        <w:pStyle w:val="Heading1"/>
        <w:bidi w:val="1"/>
        <w:jc w:val="right"/>
      </w:pPr>
      <w:r>
        <w:rPr>
          <w:rFonts w:cs="Arial" w:ascii="Arial" w:hAnsi="Arial"/>
          <w:b/>
          <w:color w:val="7B1E2B"/>
          <w:sz w:val="34"/>
          <w:rtl w:val="1"/>
          <w:bCs/>
          <w:szCs w:val="34"/>
        </w:rPr>
        <w:t>חלק א׳ – הכתבה החדשותית המרכזית (שיתופי)</w:t>
      </w:r>
    </w:p>
    <w:p>
      <w:pPr>
        <w:bidi w:val="1"/>
        <w:jc w:val="right"/>
      </w:pPr>
      <w:r>
        <w:rPr>
          <w:rFonts w:cs="Arial" w:ascii="Arial" w:hAnsi="Arial"/>
          <w:color w:val="5A4632"/>
          <w:rtl w:val="1"/>
        </w:rPr>
        <w:t>כ־400–450 מילים · כותרת וכותרת משנה · רכיב חזותי · לפחות 2 מושגים ספרותיים · מקור לכל חבר/ת צוות.</w:t>
      </w:r>
    </w:p>
    <w:p>
      <w:pPr>
        <w:bidi w:val="1"/>
        <w:jc w:val="right"/>
      </w:pPr>
      <w:r>
        <w:rPr>
          <w:rFonts w:cs="Arial" w:ascii="Arial" w:hAnsi="Arial"/>
          <w:b/>
          <w:rtl w:val="1"/>
          <w:bCs/>
        </w:rPr>
        <w:t>פתיחי משפטים:</w:t>
      </w:r>
    </w:p>
    <w:p>
      <w:pPr>
        <w:bidi w:val="1"/>
        <w:jc w:val="right"/>
      </w:pPr>
      <w:r>
        <w:rPr>
          <w:rFonts w:cs="Arial" w:ascii="Arial" w:hAnsi="Arial"/>
          <w:rtl w:val="1"/>
        </w:rPr>
        <w:t>‏◯ לפי עדויות שנאספו מתוך…</w:t>
      </w:r>
    </w:p>
    <w:p>
      <w:pPr>
        <w:bidi w:val="1"/>
        <w:jc w:val="right"/>
      </w:pPr>
      <w:r>
        <w:rPr>
          <w:rFonts w:cs="Arial" w:ascii="Arial" w:hAnsi="Arial"/>
          <w:rtl w:val="1"/>
        </w:rPr>
        <w:t>‏◯ דרמה של ממש התחוללה השבוע ב…</w:t>
      </w:r>
    </w:p>
    <w:p>
      <w:pPr>
        <w:bidi w:val="1"/>
        <w:jc w:val="right"/>
      </w:pPr>
      <w:r>
        <w:rPr>
          <w:rFonts w:cs="Arial" w:ascii="Arial" w:hAnsi="Arial"/>
          <w:rtl w:val="1"/>
        </w:rPr>
        <w:t>‏◯ במערכת שלנו בדקנו מה מחבר בין…</w:t>
      </w:r>
    </w:p>
    <w:p>
      <w:pPr>
        <w:bidi w:val="1"/>
        <w:jc w:val="right"/>
      </w:pPr>
      <w:r>
        <w:rPr>
          <w:rFonts w:cs="Arial" w:ascii="Arial" w:hAnsi="Arial"/>
          <w:rtl w:val="1"/>
        </w:rPr>
        <w:t>‏◯ המקורות מצביעים על כך ש…</w:t>
      </w:r>
    </w:p>
    <w:p>
      <w:pPr>
        <w:bidi w:val="1"/>
        <w:jc w:val="right"/>
      </w:pPr>
      <w:r>
        <w:rPr>
          <w:rFonts w:cs="Arial" w:ascii="Arial" w:hAnsi="Arial"/>
          <w:rtl w:val="1"/>
        </w:rPr>
        <w:t>‏◯ '…', אומר הדובר בשיר, ובכך חושף…</w:t>
      </w:r>
    </w:p>
    <w:p>
      <w:pPr>
        <w:bidi w:val="1"/>
        <w:jc w:val="right"/>
      </w:pPr>
      <w:r>
        <w:rPr>
          <w:rFonts w:cs="Arial" w:ascii="Arial" w:hAnsi="Arial"/>
          <w:rtl w:val="1"/>
        </w:rPr>
        <w:t>‏◯ בניגוד מוחלט לאווירה ב…, דווקא ב…</w:t>
      </w:r>
    </w:p>
    <w:p>
      <w:pPr>
        <w:pStyle w:val="Heading3"/>
        <w:bidi w:val="1"/>
        <w:jc w:val="right"/>
      </w:pPr>
      <w:r>
        <w:rPr>
          <w:rFonts w:cs="Arial" w:ascii="Arial" w:hAnsi="Arial"/>
          <w:b/>
          <w:color w:val="1F3B5A"/>
          <w:sz w:val="25"/>
          <w:rtl w:val="1"/>
          <w:bCs/>
          <w:szCs w:val="25"/>
        </w:rPr>
        <w:t>כותרת ראשית</w:t>
      </w:r>
    </w:p>
    <w:p>
      <w:pPr>
        <w:bidi w:val="1"/>
        <w:jc w:val="right"/>
      </w:pPr>
      <w:r>
        <w:rPr>
          <w:rFonts w:cs="Arial" w:ascii="Arial" w:hAnsi="Arial"/>
          <w:color w:val="5A4632"/>
          <w:rtl w:val="1"/>
        </w:rPr>
        <w:t>עד 8 מילים, פועל פעיל, מעוררת סקרנות</w:t>
      </w:r>
    </w:p>
    <w:p>
      <w:pPr>
        <w:bidi w:val="1"/>
        <w:jc w:val="right"/>
      </w:pPr>
      <w:r>
        <w:rPr>
          <w:rFonts w:cs="Arial" w:ascii="Arial" w:hAnsi="Arial"/>
          <w:color w:val="969696"/>
          <w:rtl w:val="1"/>
        </w:rPr>
        <w:t>________________________________________________________________________</w:t>
      </w:r>
    </w:p>
    <w:p>
      <w:pPr>
        <w:bidi w:val="1"/>
        <w:jc w:val="right"/>
      </w:pPr>
      <w:r>
        <w:rPr>
          <w:rFonts w:cs="Arial" w:ascii="Arial" w:hAnsi="Arial"/>
          <w:color w:val="969696"/>
          <w:rtl w:val="1"/>
        </w:rPr>
        <w:t>________________________________________________________________________</w:t>
      </w:r>
    </w:p>
    <w:p>
      <w:pPr>
        <w:pStyle w:val="Heading3"/>
        <w:bidi w:val="1"/>
        <w:jc w:val="right"/>
      </w:pPr>
      <w:r>
        <w:rPr>
          <w:rFonts w:cs="Arial" w:ascii="Arial" w:hAnsi="Arial"/>
          <w:b/>
          <w:color w:val="1F3B5A"/>
          <w:sz w:val="25"/>
          <w:rtl w:val="1"/>
          <w:bCs/>
          <w:szCs w:val="25"/>
        </w:rPr>
        <w:t>כותרת משנה</w:t>
      </w:r>
    </w:p>
    <w:p>
      <w:pPr>
        <w:bidi w:val="1"/>
        <w:jc w:val="right"/>
      </w:pPr>
      <w:r>
        <w:rPr>
          <w:rFonts w:cs="Arial" w:ascii="Arial" w:hAnsi="Arial"/>
          <w:color w:val="5A4632"/>
          <w:rtl w:val="1"/>
        </w:rPr>
        <w:t>משפט אחד שמסביר ומחבר לנושא</w:t>
      </w:r>
    </w:p>
    <w:p>
      <w:pPr>
        <w:bidi w:val="1"/>
        <w:jc w:val="right"/>
      </w:pPr>
      <w:r>
        <w:rPr>
          <w:rFonts w:cs="Arial" w:ascii="Arial" w:hAnsi="Arial"/>
          <w:color w:val="969696"/>
          <w:rtl w:val="1"/>
        </w:rPr>
        <w:t>________________________________________________________________________</w:t>
      </w:r>
    </w:p>
    <w:p>
      <w:pPr>
        <w:bidi w:val="1"/>
        <w:jc w:val="right"/>
      </w:pPr>
      <w:r>
        <w:rPr>
          <w:rFonts w:cs="Arial" w:ascii="Arial" w:hAnsi="Arial"/>
          <w:color w:val="969696"/>
          <w:rtl w:val="1"/>
        </w:rPr>
        <w:t>________________________________________________________________________</w:t>
      </w:r>
    </w:p>
    <w:p>
      <w:pPr>
        <w:pStyle w:val="Heading3"/>
        <w:bidi w:val="1"/>
        <w:jc w:val="right"/>
      </w:pPr>
      <w:r>
        <w:rPr>
          <w:rFonts w:cs="Arial" w:ascii="Arial" w:hAnsi="Arial"/>
          <w:b/>
          <w:color w:val="1F3B5A"/>
          <w:sz w:val="25"/>
          <w:rtl w:val="1"/>
          <w:bCs/>
          <w:szCs w:val="25"/>
        </w:rPr>
        <w:t>ליד</w:t>
      </w:r>
    </w:p>
    <w:p>
      <w:pPr>
        <w:bidi w:val="1"/>
        <w:jc w:val="right"/>
      </w:pPr>
      <w:r>
        <w:rPr>
          <w:rFonts w:cs="Arial" w:ascii="Arial" w:hAnsi="Arial"/>
          <w:color w:val="5A4632"/>
          <w:rtl w:val="1"/>
        </w:rPr>
        <w:t>מי, מה, מתי, איפה, למה, איך – עד 40 מילים</w:t>
      </w:r>
    </w:p>
    <w:p>
      <w:pPr>
        <w:bidi w:val="1"/>
        <w:jc w:val="right"/>
      </w:pPr>
      <w:r>
        <w:rPr>
          <w:rFonts w:cs="Arial" w:ascii="Arial" w:hAnsi="Arial"/>
          <w:color w:val="969696"/>
          <w:rtl w:val="1"/>
        </w:rPr>
        <w:t>________________________________________________________________________</w:t>
      </w:r>
    </w:p>
    <w:p>
      <w:pPr>
        <w:bidi w:val="1"/>
        <w:jc w:val="right"/>
      </w:pPr>
      <w:r>
        <w:rPr>
          <w:rFonts w:cs="Arial" w:ascii="Arial" w:hAnsi="Arial"/>
          <w:color w:val="969696"/>
          <w:rtl w:val="1"/>
        </w:rPr>
        <w:t>________________________________________________________________________</w:t>
      </w:r>
    </w:p>
    <w:p>
      <w:pPr>
        <w:bidi w:val="1"/>
        <w:jc w:val="right"/>
      </w:pPr>
      <w:r>
        <w:rPr>
          <w:rFonts w:cs="Arial" w:ascii="Arial" w:hAnsi="Arial"/>
          <w:color w:val="969696"/>
          <w:rtl w:val="1"/>
        </w:rPr>
        <w:t>________________________________________________________________________</w:t>
      </w:r>
    </w:p>
    <w:p>
      <w:pPr>
        <w:bidi w:val="1"/>
        <w:jc w:val="right"/>
      </w:pPr>
      <w:r>
        <w:rPr>
          <w:rFonts w:cs="Arial" w:ascii="Arial" w:hAnsi="Arial"/>
          <w:color w:val="969696"/>
          <w:rtl w:val="1"/>
        </w:rPr>
        <w:t>________________________________________________________________________</w:t>
      </w:r>
    </w:p>
    <w:p>
      <w:pPr>
        <w:pStyle w:val="Heading3"/>
        <w:bidi w:val="1"/>
        <w:jc w:val="right"/>
      </w:pPr>
      <w:r>
        <w:rPr>
          <w:rFonts w:cs="Arial" w:ascii="Arial" w:hAnsi="Arial"/>
          <w:b/>
          <w:color w:val="1F3B5A"/>
          <w:sz w:val="25"/>
          <w:rtl w:val="1"/>
          <w:bCs/>
          <w:szCs w:val="25"/>
        </w:rPr>
        <w:t>פסקה 1: האירוע ביצירה הראשונה</w:t>
      </w:r>
    </w:p>
    <w:p>
      <w:pPr>
        <w:bidi w:val="1"/>
        <w:jc w:val="right"/>
      </w:pPr>
      <w:r>
        <w:rPr>
          <w:rFonts w:cs="Arial" w:ascii="Arial" w:hAnsi="Arial"/>
          <w:color w:val="5A4632"/>
          <w:rtl w:val="1"/>
        </w:rPr>
        <w:t>מה קרה + ציטוט/פרפרזה + פרשנות</w:t>
      </w:r>
    </w:p>
    <w:p>
      <w:pPr>
        <w:bidi w:val="1"/>
        <w:jc w:val="right"/>
      </w:pPr>
      <w:r>
        <w:rPr>
          <w:rFonts w:cs="Arial" w:ascii="Arial" w:hAnsi="Arial"/>
          <w:color w:val="969696"/>
          <w:rtl w:val="1"/>
        </w:rPr>
        <w:t>________________________________________________________________________</w:t>
      </w:r>
    </w:p>
    <w:p>
      <w:pPr>
        <w:bidi w:val="1"/>
        <w:jc w:val="right"/>
      </w:pPr>
      <w:r>
        <w:rPr>
          <w:rFonts w:cs="Arial" w:ascii="Arial" w:hAnsi="Arial"/>
          <w:color w:val="969696"/>
          <w:rtl w:val="1"/>
        </w:rPr>
        <w:t>________________________________________________________________________</w:t>
      </w:r>
    </w:p>
    <w:p>
      <w:pPr>
        <w:bidi w:val="1"/>
        <w:jc w:val="right"/>
      </w:pPr>
      <w:r>
        <w:rPr>
          <w:rFonts w:cs="Arial" w:ascii="Arial" w:hAnsi="Arial"/>
          <w:color w:val="969696"/>
          <w:rtl w:val="1"/>
        </w:rPr>
        <w:t>________________________________________________________________________</w:t>
      </w:r>
    </w:p>
    <w:p>
      <w:pPr>
        <w:bidi w:val="1"/>
        <w:jc w:val="right"/>
      </w:pPr>
      <w:r>
        <w:rPr>
          <w:rFonts w:cs="Arial" w:ascii="Arial" w:hAnsi="Arial"/>
          <w:color w:val="969696"/>
          <w:rtl w:val="1"/>
        </w:rPr>
        <w:t>________________________________________________________________________</w:t>
      </w:r>
    </w:p>
    <w:p>
      <w:pPr>
        <w:bidi w:val="1"/>
        <w:jc w:val="right"/>
      </w:pPr>
      <w:r>
        <w:rPr>
          <w:rFonts w:cs="Arial" w:ascii="Arial" w:hAnsi="Arial"/>
          <w:color w:val="969696"/>
          <w:rtl w:val="1"/>
        </w:rPr>
        <w:t>________________________________________________________________________</w:t>
      </w:r>
    </w:p>
    <w:p>
      <w:pPr>
        <w:bidi w:val="1"/>
        <w:jc w:val="right"/>
      </w:pPr>
      <w:r>
        <w:rPr>
          <w:rFonts w:cs="Arial" w:ascii="Arial" w:hAnsi="Arial"/>
          <w:color w:val="969696"/>
          <w:rtl w:val="1"/>
        </w:rPr>
        <w:t>________________________________________________________________________</w:t>
      </w:r>
    </w:p>
    <w:p>
      <w:pPr>
        <w:pStyle w:val="Heading3"/>
        <w:bidi w:val="1"/>
        <w:jc w:val="right"/>
      </w:pPr>
      <w:r>
        <w:rPr>
          <w:rFonts w:cs="Arial" w:ascii="Arial" w:hAnsi="Arial"/>
          <w:b/>
          <w:color w:val="1F3B5A"/>
          <w:sz w:val="25"/>
          <w:rtl w:val="1"/>
          <w:bCs/>
          <w:szCs w:val="25"/>
        </w:rPr>
        <w:t>פסקה 2: האירוע ביצירה השנייה</w:t>
      </w:r>
    </w:p>
    <w:p>
      <w:pPr>
        <w:bidi w:val="1"/>
        <w:jc w:val="right"/>
      </w:pPr>
      <w:r>
        <w:rPr>
          <w:rFonts w:cs="Arial" w:ascii="Arial" w:hAnsi="Arial"/>
          <w:color w:val="5A4632"/>
          <w:rtl w:val="1"/>
        </w:rPr>
        <w:t>הקשר לפסקה הקודמת + מקור + מושג ספרותי</w:t>
      </w:r>
    </w:p>
    <w:p>
      <w:pPr>
        <w:bidi w:val="1"/>
        <w:jc w:val="right"/>
      </w:pPr>
      <w:r>
        <w:rPr>
          <w:rFonts w:cs="Arial" w:ascii="Arial" w:hAnsi="Arial"/>
          <w:color w:val="969696"/>
          <w:rtl w:val="1"/>
        </w:rPr>
        <w:t>________________________________________________________________________</w:t>
      </w:r>
    </w:p>
    <w:p>
      <w:pPr>
        <w:bidi w:val="1"/>
        <w:jc w:val="right"/>
      </w:pPr>
      <w:r>
        <w:rPr>
          <w:rFonts w:cs="Arial" w:ascii="Arial" w:hAnsi="Arial"/>
          <w:color w:val="969696"/>
          <w:rtl w:val="1"/>
        </w:rPr>
        <w:t>________________________________________________________________________</w:t>
      </w:r>
    </w:p>
    <w:p>
      <w:pPr>
        <w:bidi w:val="1"/>
        <w:jc w:val="right"/>
      </w:pPr>
      <w:r>
        <w:rPr>
          <w:rFonts w:cs="Arial" w:ascii="Arial" w:hAnsi="Arial"/>
          <w:color w:val="969696"/>
          <w:rtl w:val="1"/>
        </w:rPr>
        <w:t>________________________________________________________________________</w:t>
      </w:r>
    </w:p>
    <w:p>
      <w:pPr>
        <w:bidi w:val="1"/>
        <w:jc w:val="right"/>
      </w:pPr>
      <w:r>
        <w:rPr>
          <w:rFonts w:cs="Arial" w:ascii="Arial" w:hAnsi="Arial"/>
          <w:color w:val="969696"/>
          <w:rtl w:val="1"/>
        </w:rPr>
        <w:t>________________________________________________________________________</w:t>
      </w:r>
    </w:p>
    <w:p>
      <w:pPr>
        <w:bidi w:val="1"/>
        <w:jc w:val="right"/>
      </w:pPr>
      <w:r>
        <w:rPr>
          <w:rFonts w:cs="Arial" w:ascii="Arial" w:hAnsi="Arial"/>
          <w:color w:val="969696"/>
          <w:rtl w:val="1"/>
        </w:rPr>
        <w:t>________________________________________________________________________</w:t>
      </w:r>
    </w:p>
    <w:p>
      <w:pPr>
        <w:bidi w:val="1"/>
        <w:jc w:val="right"/>
      </w:pPr>
      <w:r>
        <w:rPr>
          <w:rFonts w:cs="Arial" w:ascii="Arial" w:hAnsi="Arial"/>
          <w:color w:val="969696"/>
          <w:rtl w:val="1"/>
        </w:rPr>
        <w:t>________________________________________________________________________</w:t>
      </w:r>
    </w:p>
    <w:p>
      <w:pPr>
        <w:pStyle w:val="Heading3"/>
        <w:bidi w:val="1"/>
        <w:jc w:val="right"/>
      </w:pPr>
      <w:r>
        <w:rPr>
          <w:rFonts w:cs="Arial" w:ascii="Arial" w:hAnsi="Arial"/>
          <w:b/>
          <w:color w:val="1F3B5A"/>
          <w:sz w:val="25"/>
          <w:rtl w:val="1"/>
          <w:bCs/>
          <w:szCs w:val="25"/>
        </w:rPr>
        <w:t>פסקה 3: היצירה השלישית או הרחבה</w:t>
      </w:r>
    </w:p>
    <w:p>
      <w:pPr>
        <w:bidi w:val="1"/>
        <w:jc w:val="right"/>
      </w:pPr>
      <w:r>
        <w:rPr>
          <w:rFonts w:cs="Arial" w:ascii="Arial" w:hAnsi="Arial"/>
          <w:color w:val="5A4632"/>
          <w:rtl w:val="1"/>
        </w:rPr>
        <w:t>השוואה, ניגוד או חיזוק</w:t>
      </w:r>
    </w:p>
    <w:p>
      <w:pPr>
        <w:bidi w:val="1"/>
        <w:jc w:val="right"/>
      </w:pPr>
      <w:r>
        <w:rPr>
          <w:rFonts w:cs="Arial" w:ascii="Arial" w:hAnsi="Arial"/>
          <w:color w:val="969696"/>
          <w:rtl w:val="1"/>
        </w:rPr>
        <w:t>________________________________________________________________________</w:t>
      </w:r>
    </w:p>
    <w:p>
      <w:pPr>
        <w:bidi w:val="1"/>
        <w:jc w:val="right"/>
      </w:pPr>
      <w:r>
        <w:rPr>
          <w:rFonts w:cs="Arial" w:ascii="Arial" w:hAnsi="Arial"/>
          <w:color w:val="969696"/>
          <w:rtl w:val="1"/>
        </w:rPr>
        <w:t>________________________________________________________________________</w:t>
      </w:r>
    </w:p>
    <w:p>
      <w:pPr>
        <w:bidi w:val="1"/>
        <w:jc w:val="right"/>
      </w:pPr>
      <w:r>
        <w:rPr>
          <w:rFonts w:cs="Arial" w:ascii="Arial" w:hAnsi="Arial"/>
          <w:color w:val="969696"/>
          <w:rtl w:val="1"/>
        </w:rPr>
        <w:t>________________________________________________________________________</w:t>
      </w:r>
    </w:p>
    <w:p>
      <w:pPr>
        <w:bidi w:val="1"/>
        <w:jc w:val="right"/>
      </w:pPr>
      <w:r>
        <w:rPr>
          <w:rFonts w:cs="Arial" w:ascii="Arial" w:hAnsi="Arial"/>
          <w:color w:val="969696"/>
          <w:rtl w:val="1"/>
        </w:rPr>
        <w:t>________________________________________________________________________</w:t>
      </w:r>
    </w:p>
    <w:p>
      <w:pPr>
        <w:bidi w:val="1"/>
        <w:jc w:val="right"/>
      </w:pPr>
      <w:r>
        <w:rPr>
          <w:rFonts w:cs="Arial" w:ascii="Arial" w:hAnsi="Arial"/>
          <w:color w:val="969696"/>
          <w:rtl w:val="1"/>
        </w:rPr>
        <w:t>________________________________________________________________________</w:t>
      </w:r>
    </w:p>
    <w:p>
      <w:pPr>
        <w:bidi w:val="1"/>
        <w:jc w:val="right"/>
      </w:pPr>
      <w:r>
        <w:rPr>
          <w:rFonts w:cs="Arial" w:ascii="Arial" w:hAnsi="Arial"/>
          <w:color w:val="969696"/>
          <w:rtl w:val="1"/>
        </w:rPr>
        <w:t>________________________________________________________________________</w:t>
      </w:r>
    </w:p>
    <w:p>
      <w:pPr>
        <w:pStyle w:val="Heading3"/>
        <w:bidi w:val="1"/>
        <w:jc w:val="right"/>
      </w:pPr>
      <w:r>
        <w:rPr>
          <w:rFonts w:cs="Arial" w:ascii="Arial" w:hAnsi="Arial"/>
          <w:b/>
          <w:color w:val="1F3B5A"/>
          <w:sz w:val="25"/>
          <w:rtl w:val="1"/>
          <w:bCs/>
          <w:szCs w:val="25"/>
        </w:rPr>
        <w:t>מושגים ספרותיים</w:t>
      </w:r>
    </w:p>
    <w:p>
      <w:pPr>
        <w:bidi w:val="1"/>
        <w:jc w:val="right"/>
      </w:pPr>
      <w:r>
        <w:rPr>
          <w:rFonts w:cs="Arial" w:ascii="Arial" w:hAnsi="Arial"/>
          <w:color w:val="5A4632"/>
          <w:rtl w:val="1"/>
        </w:rPr>
        <w:t>סמנו את שני המושגים (לפחות) ששילבתם בכתבה</w:t>
      </w:r>
    </w:p>
    <w:p>
      <w:pPr>
        <w:bidi w:val="1"/>
        <w:jc w:val="right"/>
      </w:pPr>
      <w:r>
        <w:rPr>
          <w:rFonts w:cs="Arial" w:ascii="Arial" w:hAnsi="Arial"/>
          <w:color w:val="969696"/>
          <w:rtl w:val="1"/>
        </w:rPr>
        <w:t>________________________________________________________________________</w:t>
      </w:r>
    </w:p>
    <w:p>
      <w:pPr>
        <w:bidi w:val="1"/>
        <w:jc w:val="right"/>
      </w:pPr>
      <w:r>
        <w:rPr>
          <w:rFonts w:cs="Arial" w:ascii="Arial" w:hAnsi="Arial"/>
          <w:color w:val="969696"/>
          <w:rtl w:val="1"/>
        </w:rPr>
        <w:t>________________________________________________________________________</w:t>
      </w:r>
    </w:p>
    <w:p>
      <w:pPr>
        <w:pStyle w:val="Heading3"/>
        <w:bidi w:val="1"/>
        <w:jc w:val="right"/>
      </w:pPr>
      <w:r>
        <w:rPr>
          <w:rFonts w:cs="Arial" w:ascii="Arial" w:hAnsi="Arial"/>
          <w:b/>
          <w:color w:val="1F3B5A"/>
          <w:sz w:val="25"/>
          <w:rtl w:val="1"/>
          <w:bCs/>
          <w:szCs w:val="25"/>
        </w:rPr>
        <w:t>סיום ושאלה פתוחה</w:t>
      </w:r>
    </w:p>
    <w:p>
      <w:pPr>
        <w:bidi w:val="1"/>
        <w:jc w:val="right"/>
      </w:pPr>
      <w:r>
        <w:rPr>
          <w:rFonts w:cs="Arial" w:ascii="Arial" w:hAnsi="Arial"/>
          <w:color w:val="5A4632"/>
          <w:rtl w:val="1"/>
        </w:rPr>
        <w:t>משפט שמחבר לנושא הצוות ומשאיר את הקורא חושב</w:t>
      </w:r>
    </w:p>
    <w:p>
      <w:pPr>
        <w:bidi w:val="1"/>
        <w:jc w:val="right"/>
      </w:pPr>
      <w:r>
        <w:rPr>
          <w:rFonts w:cs="Arial" w:ascii="Arial" w:hAnsi="Arial"/>
          <w:color w:val="969696"/>
          <w:rtl w:val="1"/>
        </w:rPr>
        <w:t>________________________________________________________________________</w:t>
      </w:r>
    </w:p>
    <w:p>
      <w:pPr>
        <w:bidi w:val="1"/>
        <w:jc w:val="right"/>
      </w:pPr>
      <w:r>
        <w:rPr>
          <w:rFonts w:cs="Arial" w:ascii="Arial" w:hAnsi="Arial"/>
          <w:color w:val="969696"/>
          <w:rtl w:val="1"/>
        </w:rPr>
        <w:t>________________________________________________________________________</w:t>
      </w:r>
    </w:p>
    <w:p>
      <w:pPr>
        <w:bidi w:val="1"/>
        <w:jc w:val="right"/>
      </w:pPr>
      <w:r>
        <w:rPr>
          <w:rFonts w:cs="Arial" w:ascii="Arial" w:hAnsi="Arial"/>
          <w:color w:val="969696"/>
          <w:rtl w:val="1"/>
        </w:rPr>
        <w:t>________________________________________________________________________</w:t>
      </w:r>
    </w:p>
    <w:p>
      <w:pPr>
        <w:pStyle w:val="Heading3"/>
        <w:bidi w:val="1"/>
        <w:jc w:val="right"/>
      </w:pPr>
      <w:r>
        <w:rPr>
          <w:rFonts w:cs="Arial" w:ascii="Arial" w:hAnsi="Arial"/>
          <w:b/>
          <w:color w:val="1F3B5A"/>
          <w:sz w:val="25"/>
          <w:rtl w:val="1"/>
          <w:bCs/>
          <w:szCs w:val="25"/>
        </w:rPr>
        <w:t>רכיב חזותי</w:t>
      </w:r>
    </w:p>
    <w:p>
      <w:pPr>
        <w:bidi w:val="1"/>
        <w:jc w:val="right"/>
      </w:pPr>
      <w:r>
        <w:rPr>
          <w:rFonts w:cs="Arial" w:ascii="Arial" w:hAnsi="Arial"/>
          <w:color w:val="5A4632"/>
          <w:rtl w:val="1"/>
        </w:rPr>
        <w:t>תיאור התמונה/האינפוגרפיקה + כיתוב</w:t>
      </w:r>
    </w:p>
    <w:p>
      <w:pPr>
        <w:bidi w:val="1"/>
        <w:jc w:val="right"/>
      </w:pPr>
      <w:r>
        <w:rPr>
          <w:rFonts w:cs="Arial" w:ascii="Arial" w:hAnsi="Arial"/>
          <w:color w:val="969696"/>
          <w:rtl w:val="1"/>
        </w:rPr>
        <w:t>________________________________________________________________________</w:t>
      </w:r>
    </w:p>
    <w:p>
      <w:pPr>
        <w:bidi w:val="1"/>
        <w:jc w:val="right"/>
      </w:pPr>
      <w:r>
        <w:rPr>
          <w:rFonts w:cs="Arial" w:ascii="Arial" w:hAnsi="Arial"/>
          <w:color w:val="969696"/>
          <w:rtl w:val="1"/>
        </w:rPr>
        <w:t>________________________________________________________________________</w:t>
      </w:r>
    </w:p>
    <w:p>
      <w:pPr>
        <w:bidi w:val="1"/>
        <w:jc w:val="right"/>
      </w:pPr>
      <w:r>
        <w:rPr>
          <w:rFonts w:cs="Arial" w:ascii="Arial" w:hAnsi="Arial"/>
          <w:color w:val="969696"/>
          <w:rtl w:val="1"/>
        </w:rPr>
        <w:t>________________________________________________________________________</w:t>
      </w:r>
    </w:p>
    <w:p>
      <w:pPr>
        <w:pStyle w:val="Heading3"/>
        <w:bidi w:val="1"/>
        <w:jc w:val="right"/>
      </w:pPr>
      <w:r>
        <w:rPr>
          <w:rFonts w:cs="Arial" w:ascii="Arial" w:hAnsi="Arial"/>
          <w:b/>
          <w:color w:val="1F3B5A"/>
          <w:sz w:val="25"/>
          <w:rtl w:val="1"/>
          <w:bCs/>
          <w:szCs w:val="25"/>
        </w:rPr>
        <w:t>המושגים שבחרנו (סמנו):</w:t>
      </w:r>
    </w:p>
    <w:p>
      <w:pPr>
        <w:bidi w:val="1"/>
        <w:jc w:val="right"/>
      </w:pPr>
      <w:r>
        <w:rPr>
          <w:rFonts w:cs="Arial" w:ascii="Arial" w:hAnsi="Arial"/>
          <w:rtl w:val="1"/>
        </w:rPr>
        <w:t>‏◯ דמות עגולה</w:t>
      </w:r>
    </w:p>
    <w:p>
      <w:pPr>
        <w:bidi w:val="1"/>
        <w:jc w:val="right"/>
      </w:pPr>
      <w:r>
        <w:rPr>
          <w:rFonts w:cs="Arial" w:ascii="Arial" w:hAnsi="Arial"/>
          <w:rtl w:val="1"/>
        </w:rPr>
        <w:t>‏◯ דמות שטוחה</w:t>
      </w:r>
    </w:p>
    <w:p>
      <w:pPr>
        <w:bidi w:val="1"/>
        <w:jc w:val="right"/>
      </w:pPr>
      <w:r>
        <w:rPr>
          <w:rFonts w:cs="Arial" w:ascii="Arial" w:hAnsi="Arial"/>
          <w:rtl w:val="1"/>
        </w:rPr>
        <w:t>‏◯ דמות דינמית</w:t>
      </w:r>
    </w:p>
    <w:p>
      <w:pPr>
        <w:bidi w:val="1"/>
        <w:jc w:val="right"/>
      </w:pPr>
      <w:r>
        <w:rPr>
          <w:rFonts w:cs="Arial" w:ascii="Arial" w:hAnsi="Arial"/>
          <w:rtl w:val="1"/>
        </w:rPr>
        <w:t>‏◯ דמות סטטית</w:t>
      </w:r>
    </w:p>
    <w:p>
      <w:pPr>
        <w:bidi w:val="1"/>
        <w:jc w:val="right"/>
      </w:pPr>
      <w:r>
        <w:rPr>
          <w:rFonts w:cs="Arial" w:ascii="Arial" w:hAnsi="Arial"/>
          <w:rtl w:val="1"/>
        </w:rPr>
        <w:t>‏◯ קונפליקט</w:t>
      </w:r>
    </w:p>
    <w:p>
      <w:pPr>
        <w:bidi w:val="1"/>
        <w:jc w:val="right"/>
      </w:pPr>
      <w:r>
        <w:rPr>
          <w:rFonts w:cs="Arial" w:ascii="Arial" w:hAnsi="Arial"/>
          <w:rtl w:val="1"/>
        </w:rPr>
        <w:t>‏◯ אקספוזיציה</w:t>
      </w:r>
    </w:p>
    <w:p>
      <w:pPr>
        <w:bidi w:val="1"/>
        <w:jc w:val="right"/>
      </w:pPr>
      <w:r>
        <w:rPr>
          <w:rFonts w:cs="Arial" w:ascii="Arial" w:hAnsi="Arial"/>
          <w:rtl w:val="1"/>
        </w:rPr>
        <w:t>‏◯ שיא</w:t>
      </w:r>
    </w:p>
    <w:p>
      <w:pPr>
        <w:bidi w:val="1"/>
        <w:jc w:val="right"/>
      </w:pPr>
      <w:r>
        <w:rPr>
          <w:rFonts w:cs="Arial" w:ascii="Arial" w:hAnsi="Arial"/>
          <w:rtl w:val="1"/>
        </w:rPr>
        <w:t>‏◯ תפנית</w:t>
      </w:r>
    </w:p>
    <w:p>
      <w:pPr>
        <w:bidi w:val="1"/>
        <w:jc w:val="right"/>
      </w:pPr>
      <w:r>
        <w:rPr>
          <w:rFonts w:cs="Arial" w:ascii="Arial" w:hAnsi="Arial"/>
          <w:rtl w:val="1"/>
        </w:rPr>
        <w:t>‏◯ סוף פתוח</w:t>
      </w:r>
    </w:p>
    <w:p>
      <w:pPr>
        <w:bidi w:val="1"/>
        <w:jc w:val="right"/>
      </w:pPr>
      <w:r>
        <w:rPr>
          <w:rFonts w:cs="Arial" w:ascii="Arial" w:hAnsi="Arial"/>
          <w:rtl w:val="1"/>
        </w:rPr>
        <w:t>‏◯ מספר</w:t>
      </w:r>
    </w:p>
    <w:p>
      <w:pPr>
        <w:bidi w:val="1"/>
        <w:jc w:val="right"/>
      </w:pPr>
      <w:r>
        <w:rPr>
          <w:rFonts w:cs="Arial" w:ascii="Arial" w:hAnsi="Arial"/>
          <w:rtl w:val="1"/>
        </w:rPr>
        <w:t>‏◯ מספר יודע־כול</w:t>
      </w:r>
    </w:p>
    <w:p>
      <w:pPr>
        <w:bidi w:val="1"/>
        <w:jc w:val="right"/>
      </w:pPr>
      <w:r>
        <w:rPr>
          <w:rFonts w:cs="Arial" w:ascii="Arial" w:hAnsi="Arial"/>
          <w:rtl w:val="1"/>
        </w:rPr>
        <w:t>‏◯ נקודת מבט</w:t>
      </w:r>
    </w:p>
    <w:p>
      <w:pPr>
        <w:pStyle w:val="Heading1"/>
        <w:bidi w:val="1"/>
        <w:jc w:val="right"/>
      </w:pPr>
      <w:r>
        <w:rPr>
          <w:rFonts w:cs="Arial" w:ascii="Arial" w:hAnsi="Arial"/>
          <w:b/>
          <w:color w:val="7B1E2B"/>
          <w:sz w:val="34"/>
          <w:rtl w:val="1"/>
          <w:bCs/>
          <w:szCs w:val="34"/>
        </w:rPr>
        <w:t>חלק ב׳ – כתבות משנה (אישי)</w:t>
      </w:r>
    </w:p>
    <w:p>
      <w:pPr>
        <w:bidi w:val="1"/>
        <w:jc w:val="right"/>
      </w:pPr>
      <w:r>
        <w:rPr>
          <w:rFonts w:cs="Arial" w:ascii="Arial" w:hAnsi="Arial"/>
          <w:color w:val="5A4632"/>
          <w:rtl w:val="1"/>
        </w:rPr>
        <w:t>כל אחד ואחת בוחרים סוג אחר. כ־200–400 מילים · כותרת · מושג אחד · דעה אישית · לפחות 2 מקורות.</w:t>
      </w:r>
    </w:p>
    <w:p>
      <w:pPr>
        <w:bidi w:val="1"/>
        <w:jc w:val="right"/>
      </w:pPr>
      <w:r>
        <w:rPr>
          <w:rFonts w:cs="Arial" w:ascii="Arial" w:hAnsi="Arial"/>
          <w:rtl w:val="1"/>
        </w:rPr>
        <w:t>‏◯ 🗣️ טור דעה</w:t>
      </w:r>
    </w:p>
    <w:p>
      <w:pPr>
        <w:bidi w:val="1"/>
        <w:jc w:val="right"/>
      </w:pPr>
      <w:r>
        <w:rPr>
          <w:rFonts w:cs="Arial" w:ascii="Arial" w:hAnsi="Arial"/>
          <w:rtl w:val="1"/>
        </w:rPr>
        <w:t>‏◯ 🎙️ ריאיון עם דמות</w:t>
      </w:r>
    </w:p>
    <w:p>
      <w:pPr>
        <w:bidi w:val="1"/>
        <w:jc w:val="right"/>
      </w:pPr>
      <w:r>
        <w:rPr>
          <w:rFonts w:cs="Arial" w:ascii="Arial" w:hAnsi="Arial"/>
          <w:rtl w:val="1"/>
        </w:rPr>
        <w:t>‏◯ 🧭 יומן מסע בקול דמות</w:t>
      </w:r>
    </w:p>
    <w:p>
      <w:pPr>
        <w:bidi w:val="1"/>
        <w:jc w:val="right"/>
      </w:pPr>
      <w:r>
        <w:rPr>
          <w:rFonts w:cs="Arial" w:ascii="Arial" w:hAnsi="Arial"/>
          <w:rtl w:val="1"/>
        </w:rPr>
        <w:t>‏◯ ✉️ מכתב למערכת</w:t>
      </w:r>
    </w:p>
    <w:p>
      <w:pPr>
        <w:bidi w:val="1"/>
        <w:jc w:val="right"/>
      </w:pPr>
      <w:r>
        <w:rPr>
          <w:rFonts w:cs="Arial" w:ascii="Arial" w:hAnsi="Arial"/>
          <w:rtl w:val="1"/>
        </w:rPr>
        <w:t>‏◯ 💌 מדור עצות – "שאלו את היועצ/ת"</w:t>
      </w:r>
    </w:p>
    <w:p>
      <w:pPr>
        <w:bidi w:val="1"/>
        <w:jc w:val="right"/>
      </w:pPr>
      <w:r>
        <w:rPr>
          <w:rFonts w:cs="Arial" w:ascii="Arial" w:hAnsi="Arial"/>
          <w:rtl w:val="1"/>
        </w:rPr>
        <w:t>‏◯ 🌦️ תחזית מזג האוויר של הנפש</w:t>
      </w:r>
    </w:p>
    <w:p>
      <w:pPr>
        <w:bidi w:val="1"/>
        <w:jc w:val="right"/>
      </w:pPr>
      <w:r>
        <w:rPr>
          <w:rFonts w:cs="Arial" w:ascii="Arial" w:hAnsi="Arial"/>
          <w:rtl w:val="1"/>
        </w:rPr>
        <w:t>‏◯ 📌 מודעות קטנות מעולם היצירה</w:t>
      </w:r>
    </w:p>
    <w:p>
      <w:pPr>
        <w:bidi w:val="1"/>
        <w:jc w:val="right"/>
      </w:pPr>
      <w:r>
        <w:rPr>
          <w:rFonts w:cs="Arial" w:ascii="Arial" w:hAnsi="Arial"/>
          <w:rtl w:val="1"/>
        </w:rPr>
        <w:t>‏◯ ⭐ מדור המלצות</w:t>
      </w:r>
    </w:p>
    <w:p>
      <w:pPr>
        <w:pStyle w:val="Heading2"/>
        <w:bidi w:val="1"/>
        <w:jc w:val="right"/>
      </w:pPr>
      <w:r>
        <w:rPr>
          <w:rFonts w:cs="Arial" w:ascii="Arial" w:hAnsi="Arial"/>
          <w:b/>
          <w:color w:val="1F3B5A"/>
          <w:sz w:val="28"/>
          <w:rtl w:val="1"/>
          <w:bCs/>
          <w:szCs w:val="28"/>
        </w:rPr>
        <w:t>🗣️ טור דעה</w:t>
      </w:r>
    </w:p>
    <w:p>
      <w:pPr>
        <w:bidi w:val="1"/>
        <w:jc w:val="right"/>
      </w:pPr>
      <w:r>
        <w:rPr>
          <w:rFonts w:cs="Arial" w:ascii="Arial" w:hAnsi="Arial"/>
          <w:color w:val="5A4632"/>
          <w:rtl w:val="1"/>
        </w:rPr>
        <w:t>טור אישי שבו הכותב/ת מביע/ה עמדה ברורה על שאלה שעולה מהיצירות ומנמק/ת אותה. זה המקום שבו הקול שלכם הכי חזק – אבל כל טענה צריכה עדות מהטקסט.</w:t>
      </w:r>
    </w:p>
    <w:p>
      <w:pPr>
        <w:bidi w:val="1"/>
        <w:jc w:val="right"/>
      </w:pPr>
      <w:r>
        <w:rPr>
          <w:rFonts w:cs="Arial" w:ascii="Arial" w:hAnsi="Arial"/>
          <w:b/>
          <w:rtl w:val="1"/>
          <w:bCs/>
        </w:rPr>
        <w:t>פתיחים:</w:t>
      </w:r>
    </w:p>
    <w:p>
      <w:pPr>
        <w:bidi w:val="1"/>
        <w:jc w:val="right"/>
      </w:pPr>
      <w:r>
        <w:rPr>
          <w:rFonts w:cs="Arial" w:ascii="Arial" w:hAnsi="Arial"/>
          <w:rtl w:val="1"/>
        </w:rPr>
        <w:t>‏◯ אני חושב/ת שהגיע הזמן לומר בקול ש…</w:t>
      </w:r>
    </w:p>
    <w:p>
      <w:pPr>
        <w:bidi w:val="1"/>
        <w:jc w:val="right"/>
      </w:pPr>
      <w:r>
        <w:rPr>
          <w:rFonts w:cs="Arial" w:ascii="Arial" w:hAnsi="Arial"/>
          <w:rtl w:val="1"/>
        </w:rPr>
        <w:t>‏◯ רבים יאמרו ש…, אבל קריאה זהירה מגלה…</w:t>
      </w:r>
    </w:p>
    <w:p>
      <w:pPr>
        <w:bidi w:val="1"/>
        <w:jc w:val="right"/>
      </w:pPr>
      <w:r>
        <w:rPr>
          <w:rFonts w:cs="Arial" w:ascii="Arial" w:hAnsi="Arial"/>
          <w:rtl w:val="1"/>
        </w:rPr>
        <w:t>‏◯ העדות החזקה ביותר לכך נמצאת ב…</w:t>
      </w:r>
    </w:p>
    <w:p>
      <w:pPr>
        <w:bidi w:val="1"/>
        <w:jc w:val="right"/>
      </w:pPr>
      <w:r>
        <w:rPr>
          <w:rFonts w:cs="Arial" w:ascii="Arial" w:hAnsi="Arial"/>
          <w:rtl w:val="1"/>
        </w:rPr>
        <w:t>‏◯ גם אם נניח ש…, עדיין…</w:t>
      </w:r>
    </w:p>
    <w:p>
      <w:pPr>
        <w:pStyle w:val="Heading3"/>
        <w:bidi w:val="1"/>
        <w:jc w:val="right"/>
      </w:pPr>
      <w:r>
        <w:rPr>
          <w:rFonts w:cs="Arial" w:ascii="Arial" w:hAnsi="Arial"/>
          <w:b/>
          <w:color w:val="1F3B5A"/>
          <w:sz w:val="25"/>
          <w:rtl w:val="1"/>
          <w:bCs/>
          <w:szCs w:val="25"/>
        </w:rPr>
        <w:t>כותרת הטור</w:t>
      </w:r>
    </w:p>
    <w:p>
      <w:pPr>
        <w:bidi w:val="1"/>
        <w:jc w:val="right"/>
      </w:pPr>
      <w:r>
        <w:rPr>
          <w:rFonts w:cs="Arial" w:ascii="Arial" w:hAnsi="Arial"/>
          <w:color w:val="5A4632"/>
          <w:rtl w:val="1"/>
        </w:rPr>
        <w:t>עמדה בחדות, אפשר עם סימן שאלה</w:t>
      </w:r>
    </w:p>
    <w:p>
      <w:pPr>
        <w:bidi w:val="1"/>
        <w:jc w:val="right"/>
      </w:pPr>
      <w:r>
        <w:rPr>
          <w:rFonts w:cs="Arial" w:ascii="Arial" w:hAnsi="Arial"/>
          <w:color w:val="969696"/>
          <w:rtl w:val="1"/>
        </w:rPr>
        <w:t>________________________________________________________________________</w:t>
      </w:r>
    </w:p>
    <w:p>
      <w:pPr>
        <w:bidi w:val="1"/>
        <w:jc w:val="right"/>
      </w:pPr>
      <w:r>
        <w:rPr>
          <w:rFonts w:cs="Arial" w:ascii="Arial" w:hAnsi="Arial"/>
          <w:color w:val="969696"/>
          <w:rtl w:val="1"/>
        </w:rPr>
        <w:t>________________________________________________________________________</w:t>
      </w:r>
    </w:p>
    <w:p>
      <w:pPr>
        <w:pStyle w:val="Heading3"/>
        <w:bidi w:val="1"/>
        <w:jc w:val="right"/>
      </w:pPr>
      <w:r>
        <w:rPr>
          <w:rFonts w:cs="Arial" w:ascii="Arial" w:hAnsi="Arial"/>
          <w:b/>
          <w:color w:val="1F3B5A"/>
          <w:sz w:val="25"/>
          <w:rtl w:val="1"/>
          <w:bCs/>
          <w:szCs w:val="25"/>
        </w:rPr>
        <w:t>פתיחה</w:t>
      </w:r>
    </w:p>
    <w:p>
      <w:pPr>
        <w:bidi w:val="1"/>
        <w:jc w:val="right"/>
      </w:pPr>
      <w:r>
        <w:rPr>
          <w:rFonts w:cs="Arial" w:ascii="Arial" w:hAnsi="Arial"/>
          <w:color w:val="5A4632"/>
          <w:rtl w:val="1"/>
        </w:rPr>
        <w:t>שאלה או תמונה שמציגה את הבעיה</w:t>
      </w:r>
    </w:p>
    <w:p>
      <w:pPr>
        <w:bidi w:val="1"/>
        <w:jc w:val="right"/>
      </w:pPr>
      <w:r>
        <w:rPr>
          <w:rFonts w:cs="Arial" w:ascii="Arial" w:hAnsi="Arial"/>
          <w:color w:val="969696"/>
          <w:rtl w:val="1"/>
        </w:rPr>
        <w:t>________________________________________________________________________</w:t>
      </w:r>
    </w:p>
    <w:p>
      <w:pPr>
        <w:bidi w:val="1"/>
        <w:jc w:val="right"/>
      </w:pPr>
      <w:r>
        <w:rPr>
          <w:rFonts w:cs="Arial" w:ascii="Arial" w:hAnsi="Arial"/>
          <w:color w:val="969696"/>
          <w:rtl w:val="1"/>
        </w:rPr>
        <w:t>________________________________________________________________________</w:t>
      </w:r>
    </w:p>
    <w:p>
      <w:pPr>
        <w:bidi w:val="1"/>
        <w:jc w:val="right"/>
      </w:pPr>
      <w:r>
        <w:rPr>
          <w:rFonts w:cs="Arial" w:ascii="Arial" w:hAnsi="Arial"/>
          <w:color w:val="969696"/>
          <w:rtl w:val="1"/>
        </w:rPr>
        <w:t>________________________________________________________________________</w:t>
      </w:r>
    </w:p>
    <w:p>
      <w:pPr>
        <w:pStyle w:val="Heading3"/>
        <w:bidi w:val="1"/>
        <w:jc w:val="right"/>
      </w:pPr>
      <w:r>
        <w:rPr>
          <w:rFonts w:cs="Arial" w:ascii="Arial" w:hAnsi="Arial"/>
          <w:b/>
          <w:color w:val="1F3B5A"/>
          <w:sz w:val="25"/>
          <w:rtl w:val="1"/>
          <w:bCs/>
          <w:szCs w:val="25"/>
        </w:rPr>
        <w:t>העמדה שלי</w:t>
      </w:r>
    </w:p>
    <w:p>
      <w:pPr>
        <w:bidi w:val="1"/>
        <w:jc w:val="right"/>
      </w:pPr>
      <w:r>
        <w:rPr>
          <w:rFonts w:cs="Arial" w:ascii="Arial" w:hAnsi="Arial"/>
          <w:color w:val="5A4632"/>
          <w:rtl w:val="1"/>
        </w:rPr>
        <w:t>משפט אחד ברור</w:t>
      </w:r>
    </w:p>
    <w:p>
      <w:pPr>
        <w:bidi w:val="1"/>
        <w:jc w:val="right"/>
      </w:pPr>
      <w:r>
        <w:rPr>
          <w:rFonts w:cs="Arial" w:ascii="Arial" w:hAnsi="Arial"/>
          <w:color w:val="969696"/>
          <w:rtl w:val="1"/>
        </w:rPr>
        <w:t>________________________________________________________________________</w:t>
      </w:r>
    </w:p>
    <w:p>
      <w:pPr>
        <w:bidi w:val="1"/>
        <w:jc w:val="right"/>
      </w:pPr>
      <w:r>
        <w:rPr>
          <w:rFonts w:cs="Arial" w:ascii="Arial" w:hAnsi="Arial"/>
          <w:color w:val="969696"/>
          <w:rtl w:val="1"/>
        </w:rPr>
        <w:t>________________________________________________________________________</w:t>
      </w:r>
    </w:p>
    <w:p>
      <w:pPr>
        <w:pStyle w:val="Heading3"/>
        <w:bidi w:val="1"/>
        <w:jc w:val="right"/>
      </w:pPr>
      <w:r>
        <w:rPr>
          <w:rFonts w:cs="Arial" w:ascii="Arial" w:hAnsi="Arial"/>
          <w:b/>
          <w:color w:val="1F3B5A"/>
          <w:sz w:val="25"/>
          <w:rtl w:val="1"/>
          <w:bCs/>
          <w:szCs w:val="25"/>
        </w:rPr>
        <w:t>נימוק ראשון + מקור</w:t>
      </w:r>
    </w:p>
    <w:p>
      <w:pPr>
        <w:bidi w:val="1"/>
        <w:jc w:val="right"/>
      </w:pPr>
      <w:r>
        <w:rPr>
          <w:rFonts w:cs="Arial" w:ascii="Arial" w:hAnsi="Arial"/>
          <w:color w:val="5A4632"/>
          <w:rtl w:val="1"/>
        </w:rPr>
        <w:t>ציטוט או פרפרזה ופרשנות</w:t>
      </w:r>
    </w:p>
    <w:p>
      <w:pPr>
        <w:bidi w:val="1"/>
        <w:jc w:val="right"/>
      </w:pPr>
      <w:r>
        <w:rPr>
          <w:rFonts w:cs="Arial" w:ascii="Arial" w:hAnsi="Arial"/>
          <w:color w:val="969696"/>
          <w:rtl w:val="1"/>
        </w:rPr>
        <w:t>________________________________________________________________________</w:t>
      </w:r>
    </w:p>
    <w:p>
      <w:pPr>
        <w:bidi w:val="1"/>
        <w:jc w:val="right"/>
      </w:pPr>
      <w:r>
        <w:rPr>
          <w:rFonts w:cs="Arial" w:ascii="Arial" w:hAnsi="Arial"/>
          <w:color w:val="969696"/>
          <w:rtl w:val="1"/>
        </w:rPr>
        <w:t>________________________________________________________________________</w:t>
      </w:r>
    </w:p>
    <w:p>
      <w:pPr>
        <w:bidi w:val="1"/>
        <w:jc w:val="right"/>
      </w:pPr>
      <w:r>
        <w:rPr>
          <w:rFonts w:cs="Arial" w:ascii="Arial" w:hAnsi="Arial"/>
          <w:color w:val="969696"/>
          <w:rtl w:val="1"/>
        </w:rPr>
        <w:t>________________________________________________________________________</w:t>
      </w:r>
    </w:p>
    <w:p>
      <w:pPr>
        <w:bidi w:val="1"/>
        <w:jc w:val="right"/>
      </w:pPr>
      <w:r>
        <w:rPr>
          <w:rFonts w:cs="Arial" w:ascii="Arial" w:hAnsi="Arial"/>
          <w:color w:val="969696"/>
          <w:rtl w:val="1"/>
        </w:rPr>
        <w:t>________________________________________________________________________</w:t>
      </w:r>
    </w:p>
    <w:p>
      <w:pPr>
        <w:bidi w:val="1"/>
        <w:jc w:val="right"/>
      </w:pPr>
      <w:r>
        <w:rPr>
          <w:rFonts w:cs="Arial" w:ascii="Arial" w:hAnsi="Arial"/>
          <w:color w:val="969696"/>
          <w:rtl w:val="1"/>
        </w:rPr>
        <w:t>________________________________________________________________________</w:t>
      </w:r>
    </w:p>
    <w:p>
      <w:pPr>
        <w:pStyle w:val="Heading3"/>
        <w:bidi w:val="1"/>
        <w:jc w:val="right"/>
      </w:pPr>
      <w:r>
        <w:rPr>
          <w:rFonts w:cs="Arial" w:ascii="Arial" w:hAnsi="Arial"/>
          <w:b/>
          <w:color w:val="1F3B5A"/>
          <w:sz w:val="25"/>
          <w:rtl w:val="1"/>
          <w:bCs/>
          <w:szCs w:val="25"/>
        </w:rPr>
        <w:t>נימוק שני + מקור</w:t>
      </w:r>
    </w:p>
    <w:p>
      <w:pPr>
        <w:bidi w:val="1"/>
        <w:jc w:val="right"/>
      </w:pPr>
      <w:r>
        <w:rPr>
          <w:rFonts w:cs="Arial" w:ascii="Arial" w:hAnsi="Arial"/>
          <w:color w:val="5A4632"/>
          <w:rtl w:val="1"/>
        </w:rPr>
        <w:t>מיצירה נוספת</w:t>
      </w:r>
    </w:p>
    <w:p>
      <w:pPr>
        <w:bidi w:val="1"/>
        <w:jc w:val="right"/>
      </w:pPr>
      <w:r>
        <w:rPr>
          <w:rFonts w:cs="Arial" w:ascii="Arial" w:hAnsi="Arial"/>
          <w:color w:val="969696"/>
          <w:rtl w:val="1"/>
        </w:rPr>
        <w:t>________________________________________________________________________</w:t>
      </w:r>
    </w:p>
    <w:p>
      <w:pPr>
        <w:bidi w:val="1"/>
        <w:jc w:val="right"/>
      </w:pPr>
      <w:r>
        <w:rPr>
          <w:rFonts w:cs="Arial" w:ascii="Arial" w:hAnsi="Arial"/>
          <w:color w:val="969696"/>
          <w:rtl w:val="1"/>
        </w:rPr>
        <w:t>________________________________________________________________________</w:t>
      </w:r>
    </w:p>
    <w:p>
      <w:pPr>
        <w:bidi w:val="1"/>
        <w:jc w:val="right"/>
      </w:pPr>
      <w:r>
        <w:rPr>
          <w:rFonts w:cs="Arial" w:ascii="Arial" w:hAnsi="Arial"/>
          <w:color w:val="969696"/>
          <w:rtl w:val="1"/>
        </w:rPr>
        <w:t>________________________________________________________________________</w:t>
      </w:r>
    </w:p>
    <w:p>
      <w:pPr>
        <w:bidi w:val="1"/>
        <w:jc w:val="right"/>
      </w:pPr>
      <w:r>
        <w:rPr>
          <w:rFonts w:cs="Arial" w:ascii="Arial" w:hAnsi="Arial"/>
          <w:color w:val="969696"/>
          <w:rtl w:val="1"/>
        </w:rPr>
        <w:t>________________________________________________________________________</w:t>
      </w:r>
    </w:p>
    <w:p>
      <w:pPr>
        <w:bidi w:val="1"/>
        <w:jc w:val="right"/>
      </w:pPr>
      <w:r>
        <w:rPr>
          <w:rFonts w:cs="Arial" w:ascii="Arial" w:hAnsi="Arial"/>
          <w:color w:val="969696"/>
          <w:rtl w:val="1"/>
        </w:rPr>
        <w:t>________________________________________________________________________</w:t>
      </w:r>
    </w:p>
    <w:p>
      <w:pPr>
        <w:pStyle w:val="Heading3"/>
        <w:bidi w:val="1"/>
        <w:jc w:val="right"/>
      </w:pPr>
      <w:r>
        <w:rPr>
          <w:rFonts w:cs="Arial" w:ascii="Arial" w:hAnsi="Arial"/>
          <w:b/>
          <w:color w:val="1F3B5A"/>
          <w:sz w:val="25"/>
          <w:rtl w:val="1"/>
          <w:bCs/>
          <w:szCs w:val="25"/>
        </w:rPr>
        <w:t>הטענה הנגדית ותשובתי</w:t>
      </w:r>
    </w:p>
    <w:p>
      <w:pPr>
        <w:bidi w:val="1"/>
        <w:jc w:val="right"/>
      </w:pPr>
      <w:r>
        <w:rPr>
          <w:rFonts w:cs="Arial" w:ascii="Arial" w:hAnsi="Arial"/>
          <w:color w:val="5A4632"/>
          <w:rtl w:val="1"/>
        </w:rPr>
        <w:t>יש הטוענים ש… אולם…</w:t>
      </w:r>
    </w:p>
    <w:p>
      <w:pPr>
        <w:bidi w:val="1"/>
        <w:jc w:val="right"/>
      </w:pPr>
      <w:r>
        <w:rPr>
          <w:rFonts w:cs="Arial" w:ascii="Arial" w:hAnsi="Arial"/>
          <w:color w:val="969696"/>
          <w:rtl w:val="1"/>
        </w:rPr>
        <w:t>________________________________________________________________________</w:t>
      </w:r>
    </w:p>
    <w:p>
      <w:pPr>
        <w:bidi w:val="1"/>
        <w:jc w:val="right"/>
      </w:pPr>
      <w:r>
        <w:rPr>
          <w:rFonts w:cs="Arial" w:ascii="Arial" w:hAnsi="Arial"/>
          <w:color w:val="969696"/>
          <w:rtl w:val="1"/>
        </w:rPr>
        <w:t>________________________________________________________________________</w:t>
      </w:r>
    </w:p>
    <w:p>
      <w:pPr>
        <w:bidi w:val="1"/>
        <w:jc w:val="right"/>
      </w:pPr>
      <w:r>
        <w:rPr>
          <w:rFonts w:cs="Arial" w:ascii="Arial" w:hAnsi="Arial"/>
          <w:color w:val="969696"/>
          <w:rtl w:val="1"/>
        </w:rPr>
        <w:t>________________________________________________________________________</w:t>
      </w:r>
    </w:p>
    <w:p>
      <w:pPr>
        <w:bidi w:val="1"/>
        <w:jc w:val="right"/>
      </w:pPr>
      <w:r>
        <w:rPr>
          <w:rFonts w:cs="Arial" w:ascii="Arial" w:hAnsi="Arial"/>
          <w:color w:val="969696"/>
          <w:rtl w:val="1"/>
        </w:rPr>
        <w:t>________________________________________________________________________</w:t>
      </w:r>
    </w:p>
    <w:p>
      <w:pPr>
        <w:pStyle w:val="Heading3"/>
        <w:bidi w:val="1"/>
        <w:jc w:val="right"/>
      </w:pPr>
      <w:r>
        <w:rPr>
          <w:rFonts w:cs="Arial" w:ascii="Arial" w:hAnsi="Arial"/>
          <w:b/>
          <w:color w:val="1F3B5A"/>
          <w:sz w:val="25"/>
          <w:rtl w:val="1"/>
          <w:bCs/>
          <w:szCs w:val="25"/>
        </w:rPr>
        <w:t>סיום</w:t>
      </w:r>
    </w:p>
    <w:p>
      <w:pPr>
        <w:bidi w:val="1"/>
        <w:jc w:val="right"/>
      </w:pPr>
      <w:r>
        <w:rPr>
          <w:rFonts w:cs="Arial" w:ascii="Arial" w:hAnsi="Arial"/>
          <w:color w:val="5A4632"/>
          <w:rtl w:val="1"/>
        </w:rPr>
        <w:t>מסקנה או קריאה לקוראים</w:t>
      </w:r>
    </w:p>
    <w:p>
      <w:pPr>
        <w:bidi w:val="1"/>
        <w:jc w:val="right"/>
      </w:pPr>
      <w:r>
        <w:rPr>
          <w:rFonts w:cs="Arial" w:ascii="Arial" w:hAnsi="Arial"/>
          <w:color w:val="969696"/>
          <w:rtl w:val="1"/>
        </w:rPr>
        <w:t>________________________________________________________________________</w:t>
      </w:r>
    </w:p>
    <w:p>
      <w:pPr>
        <w:bidi w:val="1"/>
        <w:jc w:val="right"/>
      </w:pPr>
      <w:r>
        <w:rPr>
          <w:rFonts w:cs="Arial" w:ascii="Arial" w:hAnsi="Arial"/>
          <w:color w:val="969696"/>
          <w:rtl w:val="1"/>
        </w:rPr>
        <w:t>________________________________________________________________________</w:t>
      </w:r>
    </w:p>
    <w:p>
      <w:pPr>
        <w:bidi w:val="1"/>
        <w:jc w:val="right"/>
      </w:pPr>
      <w:r>
        <w:rPr>
          <w:rFonts w:cs="Arial" w:ascii="Arial" w:hAnsi="Arial"/>
          <w:color w:val="969696"/>
          <w:rtl w:val="1"/>
        </w:rPr>
        <w:t>________________________________________________________________________</w:t>
      </w:r>
    </w:p>
    <w:p>
      <w:pPr>
        <w:pStyle w:val="Heading2"/>
        <w:bidi w:val="1"/>
        <w:jc w:val="right"/>
      </w:pPr>
      <w:r>
        <w:rPr>
          <w:rFonts w:cs="Arial" w:ascii="Arial" w:hAnsi="Arial"/>
          <w:b/>
          <w:color w:val="1F3B5A"/>
          <w:sz w:val="28"/>
          <w:rtl w:val="1"/>
          <w:bCs/>
          <w:szCs w:val="28"/>
        </w:rPr>
        <w:t>🎙️ ריאיון עם דמות</w:t>
      </w:r>
    </w:p>
    <w:p>
      <w:pPr>
        <w:bidi w:val="1"/>
        <w:jc w:val="right"/>
      </w:pPr>
      <w:r>
        <w:rPr>
          <w:rFonts w:cs="Arial" w:ascii="Arial" w:hAnsi="Arial"/>
          <w:color w:val="5A4632"/>
          <w:rtl w:val="1"/>
        </w:rPr>
        <w:t>ריאיון דמיוני עם דמות מהיצירה, עם הדובר בשיר, או אפילו עם חפץ או מקום שיש להם משמעות סמלית. התשובות חייבות להיות נאמנות למה שאנחנו יודעים על הדמות מהטקסט.</w:t>
      </w:r>
    </w:p>
    <w:p>
      <w:pPr>
        <w:bidi w:val="1"/>
        <w:jc w:val="right"/>
      </w:pPr>
      <w:r>
        <w:rPr>
          <w:rFonts w:cs="Arial" w:ascii="Arial" w:hAnsi="Arial"/>
          <w:b/>
          <w:rtl w:val="1"/>
          <w:bCs/>
        </w:rPr>
        <w:t>פתיחים:</w:t>
      </w:r>
    </w:p>
    <w:p>
      <w:pPr>
        <w:bidi w:val="1"/>
        <w:jc w:val="right"/>
      </w:pPr>
      <w:r>
        <w:rPr>
          <w:rFonts w:cs="Arial" w:ascii="Arial" w:hAnsi="Arial"/>
          <w:rtl w:val="1"/>
        </w:rPr>
        <w:t>‏◯ פגשנו אותו/ה ימים ספורים אחרי…</w:t>
      </w:r>
    </w:p>
    <w:p>
      <w:pPr>
        <w:bidi w:val="1"/>
        <w:jc w:val="right"/>
      </w:pPr>
      <w:r>
        <w:rPr>
          <w:rFonts w:cs="Arial" w:ascii="Arial" w:hAnsi="Arial"/>
          <w:rtl w:val="1"/>
        </w:rPr>
        <w:t>‏◯ שאלה ראשונה, ואולי הכי פשוטה: …</w:t>
      </w:r>
    </w:p>
    <w:p>
      <w:pPr>
        <w:bidi w:val="1"/>
        <w:jc w:val="right"/>
      </w:pPr>
      <w:r>
        <w:rPr>
          <w:rFonts w:cs="Arial" w:ascii="Arial" w:hAnsi="Arial"/>
          <w:rtl w:val="1"/>
        </w:rPr>
        <w:t>‏◯ רבים לא הבינו את ההחלטה שלך ל… – תסביר/י?</w:t>
      </w:r>
    </w:p>
    <w:p>
      <w:pPr>
        <w:bidi w:val="1"/>
        <w:jc w:val="right"/>
      </w:pPr>
      <w:r>
        <w:rPr>
          <w:rFonts w:cs="Arial" w:ascii="Arial" w:hAnsi="Arial"/>
          <w:rtl w:val="1"/>
        </w:rPr>
        <w:t>‏◯ אם היית יכול/ה לחזור לרגע ההוא, …</w:t>
      </w:r>
    </w:p>
    <w:p>
      <w:pPr>
        <w:pStyle w:val="Heading3"/>
        <w:bidi w:val="1"/>
        <w:jc w:val="right"/>
      </w:pPr>
      <w:r>
        <w:rPr>
          <w:rFonts w:cs="Arial" w:ascii="Arial" w:hAnsi="Arial"/>
          <w:b/>
          <w:color w:val="1F3B5A"/>
          <w:sz w:val="25"/>
          <w:rtl w:val="1"/>
          <w:bCs/>
          <w:szCs w:val="25"/>
        </w:rPr>
        <w:t>כותרת</w:t>
      </w:r>
    </w:p>
    <w:p>
      <w:pPr>
        <w:bidi w:val="1"/>
        <w:jc w:val="right"/>
      </w:pPr>
      <w:r>
        <w:rPr>
          <w:rFonts w:cs="Arial" w:ascii="Arial" w:hAnsi="Arial"/>
          <w:color w:val="5A4632"/>
          <w:rtl w:val="1"/>
        </w:rPr>
        <w:t>ציטוט חזק מהריאיון בתוך מירכאות</w:t>
      </w:r>
    </w:p>
    <w:p>
      <w:pPr>
        <w:bidi w:val="1"/>
        <w:jc w:val="right"/>
      </w:pPr>
      <w:r>
        <w:rPr>
          <w:rFonts w:cs="Arial" w:ascii="Arial" w:hAnsi="Arial"/>
          <w:color w:val="969696"/>
          <w:rtl w:val="1"/>
        </w:rPr>
        <w:t>________________________________________________________________________</w:t>
      </w:r>
    </w:p>
    <w:p>
      <w:pPr>
        <w:bidi w:val="1"/>
        <w:jc w:val="right"/>
      </w:pPr>
      <w:r>
        <w:rPr>
          <w:rFonts w:cs="Arial" w:ascii="Arial" w:hAnsi="Arial"/>
          <w:color w:val="969696"/>
          <w:rtl w:val="1"/>
        </w:rPr>
        <w:t>________________________________________________________________________</w:t>
      </w:r>
    </w:p>
    <w:p>
      <w:pPr>
        <w:pStyle w:val="Heading3"/>
        <w:bidi w:val="1"/>
        <w:jc w:val="right"/>
      </w:pPr>
      <w:r>
        <w:rPr>
          <w:rFonts w:cs="Arial" w:ascii="Arial" w:hAnsi="Arial"/>
          <w:b/>
          <w:color w:val="1F3B5A"/>
          <w:sz w:val="25"/>
          <w:rtl w:val="1"/>
          <w:bCs/>
          <w:szCs w:val="25"/>
        </w:rPr>
        <w:t>פתיח</w:t>
      </w:r>
    </w:p>
    <w:p>
      <w:pPr>
        <w:bidi w:val="1"/>
        <w:jc w:val="right"/>
      </w:pPr>
      <w:r>
        <w:rPr>
          <w:rFonts w:cs="Arial" w:ascii="Arial" w:hAnsi="Arial"/>
          <w:color w:val="5A4632"/>
          <w:rtl w:val="1"/>
        </w:rPr>
        <w:t>מי, איפה, למה עכשיו</w:t>
      </w:r>
    </w:p>
    <w:p>
      <w:pPr>
        <w:bidi w:val="1"/>
        <w:jc w:val="right"/>
      </w:pPr>
      <w:r>
        <w:rPr>
          <w:rFonts w:cs="Arial" w:ascii="Arial" w:hAnsi="Arial"/>
          <w:color w:val="969696"/>
          <w:rtl w:val="1"/>
        </w:rPr>
        <w:t>________________________________________________________________________</w:t>
      </w:r>
    </w:p>
    <w:p>
      <w:pPr>
        <w:bidi w:val="1"/>
        <w:jc w:val="right"/>
      </w:pPr>
      <w:r>
        <w:rPr>
          <w:rFonts w:cs="Arial" w:ascii="Arial" w:hAnsi="Arial"/>
          <w:color w:val="969696"/>
          <w:rtl w:val="1"/>
        </w:rPr>
        <w:t>________________________________________________________________________</w:t>
      </w:r>
    </w:p>
    <w:p>
      <w:pPr>
        <w:bidi w:val="1"/>
        <w:jc w:val="right"/>
      </w:pPr>
      <w:r>
        <w:rPr>
          <w:rFonts w:cs="Arial" w:ascii="Arial" w:hAnsi="Arial"/>
          <w:color w:val="969696"/>
          <w:rtl w:val="1"/>
        </w:rPr>
        <w:t>________________________________________________________________________</w:t>
      </w:r>
    </w:p>
    <w:p>
      <w:pPr>
        <w:pStyle w:val="Heading3"/>
        <w:bidi w:val="1"/>
        <w:jc w:val="right"/>
      </w:pPr>
      <w:r>
        <w:rPr>
          <w:rFonts w:cs="Arial" w:ascii="Arial" w:hAnsi="Arial"/>
          <w:b/>
          <w:color w:val="1F3B5A"/>
          <w:sz w:val="25"/>
          <w:rtl w:val="1"/>
          <w:bCs/>
          <w:szCs w:val="25"/>
        </w:rPr>
        <w:t>שאלות 1–3 ותשובות</w:t>
      </w:r>
    </w:p>
    <w:p>
      <w:pPr>
        <w:bidi w:val="1"/>
        <w:jc w:val="right"/>
      </w:pPr>
      <w:r>
        <w:rPr>
          <w:rFonts w:cs="Arial" w:ascii="Arial" w:hAnsi="Arial"/>
          <w:color w:val="5A4632"/>
          <w:rtl w:val="1"/>
        </w:rPr>
        <w:t>היכרות ורקע</w:t>
      </w:r>
    </w:p>
    <w:p>
      <w:pPr>
        <w:bidi w:val="1"/>
        <w:jc w:val="right"/>
      </w:pPr>
      <w:r>
        <w:rPr>
          <w:rFonts w:cs="Arial" w:ascii="Arial" w:hAnsi="Arial"/>
          <w:color w:val="969696"/>
          <w:rtl w:val="1"/>
        </w:rPr>
        <w:t>________________________________________________________________________</w:t>
      </w:r>
    </w:p>
    <w:p>
      <w:pPr>
        <w:bidi w:val="1"/>
        <w:jc w:val="right"/>
      </w:pPr>
      <w:r>
        <w:rPr>
          <w:rFonts w:cs="Arial" w:ascii="Arial" w:hAnsi="Arial"/>
          <w:color w:val="969696"/>
          <w:rtl w:val="1"/>
        </w:rPr>
        <w:t>________________________________________________________________________</w:t>
      </w:r>
    </w:p>
    <w:p>
      <w:pPr>
        <w:bidi w:val="1"/>
        <w:jc w:val="right"/>
      </w:pPr>
      <w:r>
        <w:rPr>
          <w:rFonts w:cs="Arial" w:ascii="Arial" w:hAnsi="Arial"/>
          <w:color w:val="969696"/>
          <w:rtl w:val="1"/>
        </w:rPr>
        <w:t>________________________________________________________________________</w:t>
      </w:r>
    </w:p>
    <w:p>
      <w:pPr>
        <w:bidi w:val="1"/>
        <w:jc w:val="right"/>
      </w:pPr>
      <w:r>
        <w:rPr>
          <w:rFonts w:cs="Arial" w:ascii="Arial" w:hAnsi="Arial"/>
          <w:color w:val="969696"/>
          <w:rtl w:val="1"/>
        </w:rPr>
        <w:t>________________________________________________________________________</w:t>
      </w:r>
    </w:p>
    <w:p>
      <w:pPr>
        <w:bidi w:val="1"/>
        <w:jc w:val="right"/>
      </w:pPr>
      <w:r>
        <w:rPr>
          <w:rFonts w:cs="Arial" w:ascii="Arial" w:hAnsi="Arial"/>
          <w:color w:val="969696"/>
          <w:rtl w:val="1"/>
        </w:rPr>
        <w:t>________________________________________________________________________</w:t>
      </w:r>
    </w:p>
    <w:p>
      <w:pPr>
        <w:bidi w:val="1"/>
        <w:jc w:val="right"/>
      </w:pPr>
      <w:r>
        <w:rPr>
          <w:rFonts w:cs="Arial" w:ascii="Arial" w:hAnsi="Arial"/>
          <w:color w:val="969696"/>
          <w:rtl w:val="1"/>
        </w:rPr>
        <w:t>________________________________________________________________________</w:t>
      </w:r>
    </w:p>
    <w:p>
      <w:pPr>
        <w:bidi w:val="1"/>
        <w:jc w:val="right"/>
      </w:pPr>
      <w:r>
        <w:rPr>
          <w:rFonts w:cs="Arial" w:ascii="Arial" w:hAnsi="Arial"/>
          <w:color w:val="969696"/>
          <w:rtl w:val="1"/>
        </w:rPr>
        <w:t>________________________________________________________________________</w:t>
      </w:r>
    </w:p>
    <w:p>
      <w:pPr>
        <w:bidi w:val="1"/>
        <w:jc w:val="right"/>
      </w:pPr>
      <w:r>
        <w:rPr>
          <w:rFonts w:cs="Arial" w:ascii="Arial" w:hAnsi="Arial"/>
          <w:color w:val="969696"/>
          <w:rtl w:val="1"/>
        </w:rPr>
        <w:t>________________________________________________________________________</w:t>
      </w:r>
    </w:p>
    <w:p>
      <w:pPr>
        <w:pStyle w:val="Heading3"/>
        <w:bidi w:val="1"/>
        <w:jc w:val="right"/>
      </w:pPr>
      <w:r>
        <w:rPr>
          <w:rFonts w:cs="Arial" w:ascii="Arial" w:hAnsi="Arial"/>
          <w:b/>
          <w:color w:val="1F3B5A"/>
          <w:sz w:val="25"/>
          <w:rtl w:val="1"/>
          <w:bCs/>
          <w:szCs w:val="25"/>
        </w:rPr>
        <w:t>שאלות 4–6 ותשובות</w:t>
      </w:r>
    </w:p>
    <w:p>
      <w:pPr>
        <w:bidi w:val="1"/>
        <w:jc w:val="right"/>
      </w:pPr>
      <w:r>
        <w:rPr>
          <w:rFonts w:cs="Arial" w:ascii="Arial" w:hAnsi="Arial"/>
          <w:color w:val="5A4632"/>
          <w:rtl w:val="1"/>
        </w:rPr>
        <w:t>הקונפליקט וההחלטות</w:t>
      </w:r>
    </w:p>
    <w:p>
      <w:pPr>
        <w:bidi w:val="1"/>
        <w:jc w:val="right"/>
      </w:pPr>
      <w:r>
        <w:rPr>
          <w:rFonts w:cs="Arial" w:ascii="Arial" w:hAnsi="Arial"/>
          <w:color w:val="969696"/>
          <w:rtl w:val="1"/>
        </w:rPr>
        <w:t>________________________________________________________________________</w:t>
      </w:r>
    </w:p>
    <w:p>
      <w:pPr>
        <w:bidi w:val="1"/>
        <w:jc w:val="right"/>
      </w:pPr>
      <w:r>
        <w:rPr>
          <w:rFonts w:cs="Arial" w:ascii="Arial" w:hAnsi="Arial"/>
          <w:color w:val="969696"/>
          <w:rtl w:val="1"/>
        </w:rPr>
        <w:t>________________________________________________________________________</w:t>
      </w:r>
    </w:p>
    <w:p>
      <w:pPr>
        <w:bidi w:val="1"/>
        <w:jc w:val="right"/>
      </w:pPr>
      <w:r>
        <w:rPr>
          <w:rFonts w:cs="Arial" w:ascii="Arial" w:hAnsi="Arial"/>
          <w:color w:val="969696"/>
          <w:rtl w:val="1"/>
        </w:rPr>
        <w:t>________________________________________________________________________</w:t>
      </w:r>
    </w:p>
    <w:p>
      <w:pPr>
        <w:bidi w:val="1"/>
        <w:jc w:val="right"/>
      </w:pPr>
      <w:r>
        <w:rPr>
          <w:rFonts w:cs="Arial" w:ascii="Arial" w:hAnsi="Arial"/>
          <w:color w:val="969696"/>
          <w:rtl w:val="1"/>
        </w:rPr>
        <w:t>________________________________________________________________________</w:t>
      </w:r>
    </w:p>
    <w:p>
      <w:pPr>
        <w:bidi w:val="1"/>
        <w:jc w:val="right"/>
      </w:pPr>
      <w:r>
        <w:rPr>
          <w:rFonts w:cs="Arial" w:ascii="Arial" w:hAnsi="Arial"/>
          <w:color w:val="969696"/>
          <w:rtl w:val="1"/>
        </w:rPr>
        <w:t>________________________________________________________________________</w:t>
      </w:r>
    </w:p>
    <w:p>
      <w:pPr>
        <w:bidi w:val="1"/>
        <w:jc w:val="right"/>
      </w:pPr>
      <w:r>
        <w:rPr>
          <w:rFonts w:cs="Arial" w:ascii="Arial" w:hAnsi="Arial"/>
          <w:color w:val="969696"/>
          <w:rtl w:val="1"/>
        </w:rPr>
        <w:t>________________________________________________________________________</w:t>
      </w:r>
    </w:p>
    <w:p>
      <w:pPr>
        <w:bidi w:val="1"/>
        <w:jc w:val="right"/>
      </w:pPr>
      <w:r>
        <w:rPr>
          <w:rFonts w:cs="Arial" w:ascii="Arial" w:hAnsi="Arial"/>
          <w:color w:val="969696"/>
          <w:rtl w:val="1"/>
        </w:rPr>
        <w:t>________________________________________________________________________</w:t>
      </w:r>
    </w:p>
    <w:p>
      <w:pPr>
        <w:bidi w:val="1"/>
        <w:jc w:val="right"/>
      </w:pPr>
      <w:r>
        <w:rPr>
          <w:rFonts w:cs="Arial" w:ascii="Arial" w:hAnsi="Arial"/>
          <w:color w:val="969696"/>
          <w:rtl w:val="1"/>
        </w:rPr>
        <w:t>________________________________________________________________________</w:t>
      </w:r>
    </w:p>
    <w:p>
      <w:pPr>
        <w:pStyle w:val="Heading3"/>
        <w:bidi w:val="1"/>
        <w:jc w:val="right"/>
      </w:pPr>
      <w:r>
        <w:rPr>
          <w:rFonts w:cs="Arial" w:ascii="Arial" w:hAnsi="Arial"/>
          <w:b/>
          <w:color w:val="1F3B5A"/>
          <w:sz w:val="25"/>
          <w:rtl w:val="1"/>
          <w:bCs/>
          <w:szCs w:val="25"/>
        </w:rPr>
        <w:t>השאלה המאתגרת</w:t>
      </w:r>
    </w:p>
    <w:p>
      <w:pPr>
        <w:bidi w:val="1"/>
        <w:jc w:val="right"/>
      </w:pPr>
      <w:r>
        <w:rPr>
          <w:rFonts w:cs="Arial" w:ascii="Arial" w:hAnsi="Arial"/>
          <w:color w:val="5A4632"/>
          <w:rtl w:val="1"/>
        </w:rPr>
        <w:t>סתירה או רגע קשה</w:t>
      </w:r>
    </w:p>
    <w:p>
      <w:pPr>
        <w:bidi w:val="1"/>
        <w:jc w:val="right"/>
      </w:pPr>
      <w:r>
        <w:rPr>
          <w:rFonts w:cs="Arial" w:ascii="Arial" w:hAnsi="Arial"/>
          <w:color w:val="969696"/>
          <w:rtl w:val="1"/>
        </w:rPr>
        <w:t>________________________________________________________________________</w:t>
      </w:r>
    </w:p>
    <w:p>
      <w:pPr>
        <w:bidi w:val="1"/>
        <w:jc w:val="right"/>
      </w:pPr>
      <w:r>
        <w:rPr>
          <w:rFonts w:cs="Arial" w:ascii="Arial" w:hAnsi="Arial"/>
          <w:color w:val="969696"/>
          <w:rtl w:val="1"/>
        </w:rPr>
        <w:t>________________________________________________________________________</w:t>
      </w:r>
    </w:p>
    <w:p>
      <w:pPr>
        <w:bidi w:val="1"/>
        <w:jc w:val="right"/>
      </w:pPr>
      <w:r>
        <w:rPr>
          <w:rFonts w:cs="Arial" w:ascii="Arial" w:hAnsi="Arial"/>
          <w:color w:val="969696"/>
          <w:rtl w:val="1"/>
        </w:rPr>
        <w:t>________________________________________________________________________</w:t>
      </w:r>
    </w:p>
    <w:p>
      <w:pPr>
        <w:bidi w:val="1"/>
        <w:jc w:val="right"/>
      </w:pPr>
      <w:r>
        <w:rPr>
          <w:rFonts w:cs="Arial" w:ascii="Arial" w:hAnsi="Arial"/>
          <w:color w:val="969696"/>
          <w:rtl w:val="1"/>
        </w:rPr>
        <w:t>________________________________________________________________________</w:t>
      </w:r>
    </w:p>
    <w:p>
      <w:pPr>
        <w:pStyle w:val="Heading3"/>
        <w:bidi w:val="1"/>
        <w:jc w:val="right"/>
      </w:pPr>
      <w:r>
        <w:rPr>
          <w:rFonts w:cs="Arial" w:ascii="Arial" w:hAnsi="Arial"/>
          <w:b/>
          <w:color w:val="1F3B5A"/>
          <w:sz w:val="25"/>
          <w:rtl w:val="1"/>
          <w:bCs/>
          <w:szCs w:val="25"/>
        </w:rPr>
        <w:t>סיכום המראיין/ת</w:t>
      </w:r>
    </w:p>
    <w:p>
      <w:pPr>
        <w:bidi w:val="1"/>
        <w:jc w:val="right"/>
      </w:pPr>
      <w:r>
        <w:rPr>
          <w:rFonts w:cs="Arial" w:ascii="Arial" w:hAnsi="Arial"/>
          <w:color w:val="5A4632"/>
          <w:rtl w:val="1"/>
        </w:rPr>
        <w:t>מה למדתי + מושג ספרותי</w:t>
      </w:r>
    </w:p>
    <w:p>
      <w:pPr>
        <w:bidi w:val="1"/>
        <w:jc w:val="right"/>
      </w:pPr>
      <w:r>
        <w:rPr>
          <w:rFonts w:cs="Arial" w:ascii="Arial" w:hAnsi="Arial"/>
          <w:color w:val="969696"/>
          <w:rtl w:val="1"/>
        </w:rPr>
        <w:t>________________________________________________________________________</w:t>
      </w:r>
    </w:p>
    <w:p>
      <w:pPr>
        <w:bidi w:val="1"/>
        <w:jc w:val="right"/>
      </w:pPr>
      <w:r>
        <w:rPr>
          <w:rFonts w:cs="Arial" w:ascii="Arial" w:hAnsi="Arial"/>
          <w:color w:val="969696"/>
          <w:rtl w:val="1"/>
        </w:rPr>
        <w:t>________________________________________________________________________</w:t>
      </w:r>
    </w:p>
    <w:p>
      <w:pPr>
        <w:bidi w:val="1"/>
        <w:jc w:val="right"/>
      </w:pPr>
      <w:r>
        <w:rPr>
          <w:rFonts w:cs="Arial" w:ascii="Arial" w:hAnsi="Arial"/>
          <w:color w:val="969696"/>
          <w:rtl w:val="1"/>
        </w:rPr>
        <w:t>________________________________________________________________________</w:t>
      </w:r>
    </w:p>
    <w:p>
      <w:pPr>
        <w:pStyle w:val="Heading2"/>
        <w:bidi w:val="1"/>
        <w:jc w:val="right"/>
      </w:pPr>
      <w:r>
        <w:rPr>
          <w:rFonts w:cs="Arial" w:ascii="Arial" w:hAnsi="Arial"/>
          <w:b/>
          <w:color w:val="1F3B5A"/>
          <w:sz w:val="28"/>
          <w:rtl w:val="1"/>
          <w:bCs/>
          <w:szCs w:val="28"/>
        </w:rPr>
        <w:t>🧭 יומן מסע בקול דמות</w:t>
      </w:r>
    </w:p>
    <w:p>
      <w:pPr>
        <w:bidi w:val="1"/>
        <w:jc w:val="right"/>
      </w:pPr>
      <w:r>
        <w:rPr>
          <w:rFonts w:cs="Arial" w:ascii="Arial" w:hAnsi="Arial"/>
          <w:color w:val="5A4632"/>
          <w:rtl w:val="1"/>
        </w:rPr>
        <w:t>רשומות יומן שנכתבות בגוף ראשון בקול של דמות, לאורך מסע – מסע אמיתי בין מקומות או מסע פנימי של שינוי. זה הסוג שהכי מתאים לבחון דמות דינמית.</w:t>
      </w:r>
    </w:p>
    <w:p>
      <w:pPr>
        <w:bidi w:val="1"/>
        <w:jc w:val="right"/>
      </w:pPr>
      <w:r>
        <w:rPr>
          <w:rFonts w:cs="Arial" w:ascii="Arial" w:hAnsi="Arial"/>
          <w:b/>
          <w:rtl w:val="1"/>
          <w:bCs/>
        </w:rPr>
        <w:t>פתיחים:</w:t>
      </w:r>
    </w:p>
    <w:p>
      <w:pPr>
        <w:bidi w:val="1"/>
        <w:jc w:val="right"/>
      </w:pPr>
      <w:r>
        <w:rPr>
          <w:rFonts w:cs="Arial" w:ascii="Arial" w:hAnsi="Arial"/>
          <w:rtl w:val="1"/>
        </w:rPr>
        <w:t>‏◯ יום ראשון. הבוקר עזבתי את…</w:t>
      </w:r>
    </w:p>
    <w:p>
      <w:pPr>
        <w:bidi w:val="1"/>
        <w:jc w:val="right"/>
      </w:pPr>
      <w:r>
        <w:rPr>
          <w:rFonts w:cs="Arial" w:ascii="Arial" w:hAnsi="Arial"/>
          <w:rtl w:val="1"/>
        </w:rPr>
        <w:t>‏◯ לא סיפרתי לאיש, אבל…</w:t>
      </w:r>
    </w:p>
    <w:p>
      <w:pPr>
        <w:bidi w:val="1"/>
        <w:jc w:val="right"/>
      </w:pPr>
      <w:r>
        <w:rPr>
          <w:rFonts w:cs="Arial" w:ascii="Arial" w:hAnsi="Arial"/>
          <w:rtl w:val="1"/>
        </w:rPr>
        <w:t>‏◯ הדרך ארוכה מכפי שחשבתי…</w:t>
      </w:r>
    </w:p>
    <w:p>
      <w:pPr>
        <w:bidi w:val="1"/>
        <w:jc w:val="right"/>
      </w:pPr>
      <w:r>
        <w:rPr>
          <w:rFonts w:cs="Arial" w:ascii="Arial" w:hAnsi="Arial"/>
          <w:rtl w:val="1"/>
        </w:rPr>
        <w:t>‏◯ היום ראיתי משהו שלא אשכח:</w:t>
      </w:r>
    </w:p>
    <w:p>
      <w:pPr>
        <w:pStyle w:val="Heading3"/>
        <w:bidi w:val="1"/>
        <w:jc w:val="right"/>
      </w:pPr>
      <w:r>
        <w:rPr>
          <w:rFonts w:cs="Arial" w:ascii="Arial" w:hAnsi="Arial"/>
          <w:b/>
          <w:color w:val="1F3B5A"/>
          <w:sz w:val="25"/>
          <w:rtl w:val="1"/>
          <w:bCs/>
          <w:szCs w:val="25"/>
        </w:rPr>
        <w:t>כותרת היומן</w:t>
      </w:r>
    </w:p>
    <w:p>
      <w:pPr>
        <w:bidi w:val="1"/>
        <w:jc w:val="right"/>
      </w:pPr>
      <w:r>
        <w:rPr>
          <w:rFonts w:cs="Arial" w:ascii="Arial" w:hAnsi="Arial"/>
          <w:color w:val="5A4632"/>
          <w:rtl w:val="1"/>
        </w:rPr>
        <w:t>שם הדמות + יעד המסע</w:t>
      </w:r>
    </w:p>
    <w:p>
      <w:pPr>
        <w:bidi w:val="1"/>
        <w:jc w:val="right"/>
      </w:pPr>
      <w:r>
        <w:rPr>
          <w:rFonts w:cs="Arial" w:ascii="Arial" w:hAnsi="Arial"/>
          <w:color w:val="969696"/>
          <w:rtl w:val="1"/>
        </w:rPr>
        <w:t>________________________________________________________________________</w:t>
      </w:r>
    </w:p>
    <w:p>
      <w:pPr>
        <w:bidi w:val="1"/>
        <w:jc w:val="right"/>
      </w:pPr>
      <w:r>
        <w:rPr>
          <w:rFonts w:cs="Arial" w:ascii="Arial" w:hAnsi="Arial"/>
          <w:color w:val="969696"/>
          <w:rtl w:val="1"/>
        </w:rPr>
        <w:t>________________________________________________________________________</w:t>
      </w:r>
    </w:p>
    <w:p>
      <w:pPr>
        <w:pStyle w:val="Heading3"/>
        <w:bidi w:val="1"/>
        <w:jc w:val="right"/>
      </w:pPr>
      <w:r>
        <w:rPr>
          <w:rFonts w:cs="Arial" w:ascii="Arial" w:hAnsi="Arial"/>
          <w:b/>
          <w:color w:val="1F3B5A"/>
          <w:sz w:val="25"/>
          <w:rtl w:val="1"/>
          <w:bCs/>
          <w:szCs w:val="25"/>
        </w:rPr>
        <w:t>רשומה 1</w:t>
      </w:r>
    </w:p>
    <w:p>
      <w:pPr>
        <w:bidi w:val="1"/>
        <w:jc w:val="right"/>
      </w:pPr>
      <w:r>
        <w:rPr>
          <w:rFonts w:cs="Arial" w:ascii="Arial" w:hAnsi="Arial"/>
          <w:color w:val="5A4632"/>
          <w:rtl w:val="1"/>
        </w:rPr>
        <w:t>מקום, אירוע, תחושה – נקודת המוצא</w:t>
      </w:r>
    </w:p>
    <w:p>
      <w:pPr>
        <w:bidi w:val="1"/>
        <w:jc w:val="right"/>
      </w:pPr>
      <w:r>
        <w:rPr>
          <w:rFonts w:cs="Arial" w:ascii="Arial" w:hAnsi="Arial"/>
          <w:color w:val="969696"/>
          <w:rtl w:val="1"/>
        </w:rPr>
        <w:t>________________________________________________________________________</w:t>
      </w:r>
    </w:p>
    <w:p>
      <w:pPr>
        <w:bidi w:val="1"/>
        <w:jc w:val="right"/>
      </w:pPr>
      <w:r>
        <w:rPr>
          <w:rFonts w:cs="Arial" w:ascii="Arial" w:hAnsi="Arial"/>
          <w:color w:val="969696"/>
          <w:rtl w:val="1"/>
        </w:rPr>
        <w:t>________________________________________________________________________</w:t>
      </w:r>
    </w:p>
    <w:p>
      <w:pPr>
        <w:bidi w:val="1"/>
        <w:jc w:val="right"/>
      </w:pPr>
      <w:r>
        <w:rPr>
          <w:rFonts w:cs="Arial" w:ascii="Arial" w:hAnsi="Arial"/>
          <w:color w:val="969696"/>
          <w:rtl w:val="1"/>
        </w:rPr>
        <w:t>________________________________________________________________________</w:t>
      </w:r>
    </w:p>
    <w:p>
      <w:pPr>
        <w:bidi w:val="1"/>
        <w:jc w:val="right"/>
      </w:pPr>
      <w:r>
        <w:rPr>
          <w:rFonts w:cs="Arial" w:ascii="Arial" w:hAnsi="Arial"/>
          <w:color w:val="969696"/>
          <w:rtl w:val="1"/>
        </w:rPr>
        <w:t>________________________________________________________________________</w:t>
      </w:r>
    </w:p>
    <w:p>
      <w:pPr>
        <w:bidi w:val="1"/>
        <w:jc w:val="right"/>
      </w:pPr>
      <w:r>
        <w:rPr>
          <w:rFonts w:cs="Arial" w:ascii="Arial" w:hAnsi="Arial"/>
          <w:color w:val="969696"/>
          <w:rtl w:val="1"/>
        </w:rPr>
        <w:t>________________________________________________________________________</w:t>
      </w:r>
    </w:p>
    <w:p>
      <w:pPr>
        <w:pStyle w:val="Heading3"/>
        <w:bidi w:val="1"/>
        <w:jc w:val="right"/>
      </w:pPr>
      <w:r>
        <w:rPr>
          <w:rFonts w:cs="Arial" w:ascii="Arial" w:hAnsi="Arial"/>
          <w:b/>
          <w:color w:val="1F3B5A"/>
          <w:sz w:val="25"/>
          <w:rtl w:val="1"/>
          <w:bCs/>
          <w:szCs w:val="25"/>
        </w:rPr>
        <w:t>רשומה 2</w:t>
      </w:r>
    </w:p>
    <w:p>
      <w:pPr>
        <w:bidi w:val="1"/>
        <w:jc w:val="right"/>
      </w:pPr>
      <w:r>
        <w:rPr>
          <w:rFonts w:cs="Arial" w:ascii="Arial" w:hAnsi="Arial"/>
          <w:color w:val="5A4632"/>
          <w:rtl w:val="1"/>
        </w:rPr>
        <w:t>התפתחות, מכשול או פגישה</w:t>
      </w:r>
    </w:p>
    <w:p>
      <w:pPr>
        <w:bidi w:val="1"/>
        <w:jc w:val="right"/>
      </w:pPr>
      <w:r>
        <w:rPr>
          <w:rFonts w:cs="Arial" w:ascii="Arial" w:hAnsi="Arial"/>
          <w:color w:val="969696"/>
          <w:rtl w:val="1"/>
        </w:rPr>
        <w:t>________________________________________________________________________</w:t>
      </w:r>
    </w:p>
    <w:p>
      <w:pPr>
        <w:bidi w:val="1"/>
        <w:jc w:val="right"/>
      </w:pPr>
      <w:r>
        <w:rPr>
          <w:rFonts w:cs="Arial" w:ascii="Arial" w:hAnsi="Arial"/>
          <w:color w:val="969696"/>
          <w:rtl w:val="1"/>
        </w:rPr>
        <w:t>________________________________________________________________________</w:t>
      </w:r>
    </w:p>
    <w:p>
      <w:pPr>
        <w:bidi w:val="1"/>
        <w:jc w:val="right"/>
      </w:pPr>
      <w:r>
        <w:rPr>
          <w:rFonts w:cs="Arial" w:ascii="Arial" w:hAnsi="Arial"/>
          <w:color w:val="969696"/>
          <w:rtl w:val="1"/>
        </w:rPr>
        <w:t>________________________________________________________________________</w:t>
      </w:r>
    </w:p>
    <w:p>
      <w:pPr>
        <w:bidi w:val="1"/>
        <w:jc w:val="right"/>
      </w:pPr>
      <w:r>
        <w:rPr>
          <w:rFonts w:cs="Arial" w:ascii="Arial" w:hAnsi="Arial"/>
          <w:color w:val="969696"/>
          <w:rtl w:val="1"/>
        </w:rPr>
        <w:t>________________________________________________________________________</w:t>
      </w:r>
    </w:p>
    <w:p>
      <w:pPr>
        <w:bidi w:val="1"/>
        <w:jc w:val="right"/>
      </w:pPr>
      <w:r>
        <w:rPr>
          <w:rFonts w:cs="Arial" w:ascii="Arial" w:hAnsi="Arial"/>
          <w:color w:val="969696"/>
          <w:rtl w:val="1"/>
        </w:rPr>
        <w:t>________________________________________________________________________</w:t>
      </w:r>
    </w:p>
    <w:p>
      <w:pPr>
        <w:pStyle w:val="Heading3"/>
        <w:bidi w:val="1"/>
        <w:jc w:val="right"/>
      </w:pPr>
      <w:r>
        <w:rPr>
          <w:rFonts w:cs="Arial" w:ascii="Arial" w:hAnsi="Arial"/>
          <w:b/>
          <w:color w:val="1F3B5A"/>
          <w:sz w:val="25"/>
          <w:rtl w:val="1"/>
          <w:bCs/>
          <w:szCs w:val="25"/>
        </w:rPr>
        <w:t>רשומה 3</w:t>
      </w:r>
    </w:p>
    <w:p>
      <w:pPr>
        <w:bidi w:val="1"/>
        <w:jc w:val="right"/>
      </w:pPr>
      <w:r>
        <w:rPr>
          <w:rFonts w:cs="Arial" w:ascii="Arial" w:hAnsi="Arial"/>
          <w:color w:val="5A4632"/>
          <w:rtl w:val="1"/>
        </w:rPr>
        <w:t>שיא או תפנית</w:t>
      </w:r>
    </w:p>
    <w:p>
      <w:pPr>
        <w:bidi w:val="1"/>
        <w:jc w:val="right"/>
      </w:pPr>
      <w:r>
        <w:rPr>
          <w:rFonts w:cs="Arial" w:ascii="Arial" w:hAnsi="Arial"/>
          <w:color w:val="969696"/>
          <w:rtl w:val="1"/>
        </w:rPr>
        <w:t>________________________________________________________________________</w:t>
      </w:r>
    </w:p>
    <w:p>
      <w:pPr>
        <w:bidi w:val="1"/>
        <w:jc w:val="right"/>
      </w:pPr>
      <w:r>
        <w:rPr>
          <w:rFonts w:cs="Arial" w:ascii="Arial" w:hAnsi="Arial"/>
          <w:color w:val="969696"/>
          <w:rtl w:val="1"/>
        </w:rPr>
        <w:t>________________________________________________________________________</w:t>
      </w:r>
    </w:p>
    <w:p>
      <w:pPr>
        <w:bidi w:val="1"/>
        <w:jc w:val="right"/>
      </w:pPr>
      <w:r>
        <w:rPr>
          <w:rFonts w:cs="Arial" w:ascii="Arial" w:hAnsi="Arial"/>
          <w:color w:val="969696"/>
          <w:rtl w:val="1"/>
        </w:rPr>
        <w:t>________________________________________________________________________</w:t>
      </w:r>
    </w:p>
    <w:p>
      <w:pPr>
        <w:bidi w:val="1"/>
        <w:jc w:val="right"/>
      </w:pPr>
      <w:r>
        <w:rPr>
          <w:rFonts w:cs="Arial" w:ascii="Arial" w:hAnsi="Arial"/>
          <w:color w:val="969696"/>
          <w:rtl w:val="1"/>
        </w:rPr>
        <w:t>________________________________________________________________________</w:t>
      </w:r>
    </w:p>
    <w:p>
      <w:pPr>
        <w:bidi w:val="1"/>
        <w:jc w:val="right"/>
      </w:pPr>
      <w:r>
        <w:rPr>
          <w:rFonts w:cs="Arial" w:ascii="Arial" w:hAnsi="Arial"/>
          <w:color w:val="969696"/>
          <w:rtl w:val="1"/>
        </w:rPr>
        <w:t>________________________________________________________________________</w:t>
      </w:r>
    </w:p>
    <w:p>
      <w:pPr>
        <w:pStyle w:val="Heading3"/>
        <w:bidi w:val="1"/>
        <w:jc w:val="right"/>
      </w:pPr>
      <w:r>
        <w:rPr>
          <w:rFonts w:cs="Arial" w:ascii="Arial" w:hAnsi="Arial"/>
          <w:b/>
          <w:color w:val="1F3B5A"/>
          <w:sz w:val="25"/>
          <w:rtl w:val="1"/>
          <w:bCs/>
          <w:szCs w:val="25"/>
        </w:rPr>
        <w:t>רשומה אחרונה</w:t>
      </w:r>
    </w:p>
    <w:p>
      <w:pPr>
        <w:bidi w:val="1"/>
        <w:jc w:val="right"/>
      </w:pPr>
      <w:r>
        <w:rPr>
          <w:rFonts w:cs="Arial" w:ascii="Arial" w:hAnsi="Arial"/>
          <w:color w:val="5A4632"/>
          <w:rtl w:val="1"/>
        </w:rPr>
        <w:t>מה השתנה בי</w:t>
      </w:r>
    </w:p>
    <w:p>
      <w:pPr>
        <w:bidi w:val="1"/>
        <w:jc w:val="right"/>
      </w:pPr>
      <w:r>
        <w:rPr>
          <w:rFonts w:cs="Arial" w:ascii="Arial" w:hAnsi="Arial"/>
          <w:color w:val="969696"/>
          <w:rtl w:val="1"/>
        </w:rPr>
        <w:t>________________________________________________________________________</w:t>
      </w:r>
    </w:p>
    <w:p>
      <w:pPr>
        <w:bidi w:val="1"/>
        <w:jc w:val="right"/>
      </w:pPr>
      <w:r>
        <w:rPr>
          <w:rFonts w:cs="Arial" w:ascii="Arial" w:hAnsi="Arial"/>
          <w:color w:val="969696"/>
          <w:rtl w:val="1"/>
        </w:rPr>
        <w:t>________________________________________________________________________</w:t>
      </w:r>
    </w:p>
    <w:p>
      <w:pPr>
        <w:bidi w:val="1"/>
        <w:jc w:val="right"/>
      </w:pPr>
      <w:r>
        <w:rPr>
          <w:rFonts w:cs="Arial" w:ascii="Arial" w:hAnsi="Arial"/>
          <w:color w:val="969696"/>
          <w:rtl w:val="1"/>
        </w:rPr>
        <w:t>________________________________________________________________________</w:t>
      </w:r>
    </w:p>
    <w:p>
      <w:pPr>
        <w:bidi w:val="1"/>
        <w:jc w:val="right"/>
      </w:pPr>
      <w:r>
        <w:rPr>
          <w:rFonts w:cs="Arial" w:ascii="Arial" w:hAnsi="Arial"/>
          <w:color w:val="969696"/>
          <w:rtl w:val="1"/>
        </w:rPr>
        <w:t>________________________________________________________________________</w:t>
      </w:r>
    </w:p>
    <w:p>
      <w:pPr>
        <w:pStyle w:val="Heading3"/>
        <w:bidi w:val="1"/>
        <w:jc w:val="right"/>
      </w:pPr>
      <w:r>
        <w:rPr>
          <w:rFonts w:cs="Arial" w:ascii="Arial" w:hAnsi="Arial"/>
          <w:b/>
          <w:color w:val="1F3B5A"/>
          <w:sz w:val="25"/>
          <w:rtl w:val="1"/>
          <w:bCs/>
          <w:szCs w:val="25"/>
        </w:rPr>
        <w:t>הערת העורך/ת</w:t>
      </w:r>
    </w:p>
    <w:p>
      <w:pPr>
        <w:bidi w:val="1"/>
        <w:jc w:val="right"/>
      </w:pPr>
      <w:r>
        <w:rPr>
          <w:rFonts w:cs="Arial" w:ascii="Arial" w:hAnsi="Arial"/>
          <w:color w:val="5A4632"/>
          <w:rtl w:val="1"/>
        </w:rPr>
        <w:t>מקורות + מושג ספרותי</w:t>
      </w:r>
    </w:p>
    <w:p>
      <w:pPr>
        <w:bidi w:val="1"/>
        <w:jc w:val="right"/>
      </w:pPr>
      <w:r>
        <w:rPr>
          <w:rFonts w:cs="Arial" w:ascii="Arial" w:hAnsi="Arial"/>
          <w:color w:val="969696"/>
          <w:rtl w:val="1"/>
        </w:rPr>
        <w:t>________________________________________________________________________</w:t>
      </w:r>
    </w:p>
    <w:p>
      <w:pPr>
        <w:bidi w:val="1"/>
        <w:jc w:val="right"/>
      </w:pPr>
      <w:r>
        <w:rPr>
          <w:rFonts w:cs="Arial" w:ascii="Arial" w:hAnsi="Arial"/>
          <w:color w:val="969696"/>
          <w:rtl w:val="1"/>
        </w:rPr>
        <w:t>________________________________________________________________________</w:t>
      </w:r>
    </w:p>
    <w:p>
      <w:pPr>
        <w:pStyle w:val="Heading2"/>
        <w:bidi w:val="1"/>
        <w:jc w:val="right"/>
      </w:pPr>
      <w:r>
        <w:rPr>
          <w:rFonts w:cs="Arial" w:ascii="Arial" w:hAnsi="Arial"/>
          <w:b/>
          <w:color w:val="1F3B5A"/>
          <w:sz w:val="28"/>
          <w:rtl w:val="1"/>
          <w:bCs/>
          <w:szCs w:val="28"/>
        </w:rPr>
        <w:t>✉️ מכתב למערכת</w:t>
      </w:r>
    </w:p>
    <w:p>
      <w:pPr>
        <w:bidi w:val="1"/>
        <w:jc w:val="right"/>
      </w:pPr>
      <w:r>
        <w:rPr>
          <w:rFonts w:cs="Arial" w:ascii="Arial" w:hAnsi="Arial"/>
          <w:color w:val="5A4632"/>
          <w:rtl w:val="1"/>
        </w:rPr>
        <w:t>מכתב של 'קורא/ת' – אתם עצמכם או דמות מהיצירה – שמגיב/ה לכתבה המרכזית, מתווכח/ת איתה, מוסיף/ה זווית או מבקש/ת תיקון. קצר, אישי וענייני.</w:t>
      </w:r>
    </w:p>
    <w:p>
      <w:pPr>
        <w:bidi w:val="1"/>
        <w:jc w:val="right"/>
      </w:pPr>
      <w:r>
        <w:rPr>
          <w:rFonts w:cs="Arial" w:ascii="Arial" w:hAnsi="Arial"/>
          <w:b/>
          <w:rtl w:val="1"/>
          <w:bCs/>
        </w:rPr>
        <w:t>פתיחים:</w:t>
      </w:r>
    </w:p>
    <w:p>
      <w:pPr>
        <w:bidi w:val="1"/>
        <w:jc w:val="right"/>
      </w:pPr>
      <w:r>
        <w:rPr>
          <w:rFonts w:cs="Arial" w:ascii="Arial" w:hAnsi="Arial"/>
          <w:rtl w:val="1"/>
        </w:rPr>
        <w:t>‏◯ לעורכי העיתון שלום, קראתי בעניין את הכתבה…</w:t>
      </w:r>
    </w:p>
    <w:p>
      <w:pPr>
        <w:bidi w:val="1"/>
        <w:jc w:val="right"/>
      </w:pPr>
      <w:r>
        <w:rPr>
          <w:rFonts w:cs="Arial" w:ascii="Arial" w:hAnsi="Arial"/>
          <w:rtl w:val="1"/>
        </w:rPr>
        <w:t>‏◯ ברצוני להעיר על טענה אחת שהופיעה ב…</w:t>
      </w:r>
    </w:p>
    <w:p>
      <w:pPr>
        <w:bidi w:val="1"/>
        <w:jc w:val="right"/>
      </w:pPr>
      <w:r>
        <w:rPr>
          <w:rFonts w:cs="Arial" w:ascii="Arial" w:hAnsi="Arial"/>
          <w:rtl w:val="1"/>
        </w:rPr>
        <w:t>‏◯ כמי שהייתה שם בעצמה, אני יכולה לומר ש…</w:t>
      </w:r>
    </w:p>
    <w:p>
      <w:pPr>
        <w:bidi w:val="1"/>
        <w:jc w:val="right"/>
      </w:pPr>
      <w:r>
        <w:rPr>
          <w:rFonts w:cs="Arial" w:ascii="Arial" w:hAnsi="Arial"/>
          <w:rtl w:val="1"/>
        </w:rPr>
        <w:t>‏◯ הכתבה שלכם שכחה פרט חשוב:</w:t>
      </w:r>
    </w:p>
    <w:p>
      <w:pPr>
        <w:pStyle w:val="Heading3"/>
        <w:bidi w:val="1"/>
        <w:jc w:val="right"/>
      </w:pPr>
      <w:r>
        <w:rPr>
          <w:rFonts w:cs="Arial" w:ascii="Arial" w:hAnsi="Arial"/>
          <w:b/>
          <w:color w:val="1F3B5A"/>
          <w:sz w:val="25"/>
          <w:rtl w:val="1"/>
          <w:bCs/>
          <w:szCs w:val="25"/>
        </w:rPr>
        <w:t>כותרת המכתב</w:t>
      </w:r>
    </w:p>
    <w:p>
      <w:pPr>
        <w:bidi w:val="1"/>
        <w:jc w:val="right"/>
      </w:pPr>
      <w:r>
        <w:rPr>
          <w:rFonts w:cs="Arial" w:ascii="Arial" w:hAnsi="Arial"/>
          <w:color w:val="5A4632"/>
          <w:rtl w:val="1"/>
        </w:rPr>
        <w:t>משפט קצר שמסכם את הטענה</w:t>
      </w:r>
    </w:p>
    <w:p>
      <w:pPr>
        <w:bidi w:val="1"/>
        <w:jc w:val="right"/>
      </w:pPr>
      <w:r>
        <w:rPr>
          <w:rFonts w:cs="Arial" w:ascii="Arial" w:hAnsi="Arial"/>
          <w:color w:val="969696"/>
          <w:rtl w:val="1"/>
        </w:rPr>
        <w:t>________________________________________________________________________</w:t>
      </w:r>
    </w:p>
    <w:p>
      <w:pPr>
        <w:bidi w:val="1"/>
        <w:jc w:val="right"/>
      </w:pPr>
      <w:r>
        <w:rPr>
          <w:rFonts w:cs="Arial" w:ascii="Arial" w:hAnsi="Arial"/>
          <w:color w:val="969696"/>
          <w:rtl w:val="1"/>
        </w:rPr>
        <w:t>________________________________________________________________________</w:t>
      </w:r>
    </w:p>
    <w:p>
      <w:pPr>
        <w:pStyle w:val="Heading3"/>
        <w:bidi w:val="1"/>
        <w:jc w:val="right"/>
      </w:pPr>
      <w:r>
        <w:rPr>
          <w:rFonts w:cs="Arial" w:ascii="Arial" w:hAnsi="Arial"/>
          <w:b/>
          <w:color w:val="1F3B5A"/>
          <w:sz w:val="25"/>
          <w:rtl w:val="1"/>
          <w:bCs/>
          <w:szCs w:val="25"/>
        </w:rPr>
        <w:t>פנייה והפניה לכתבה</w:t>
      </w:r>
    </w:p>
    <w:p>
      <w:pPr>
        <w:bidi w:val="1"/>
        <w:jc w:val="right"/>
      </w:pPr>
      <w:r>
        <w:rPr>
          <w:rFonts w:cs="Arial" w:ascii="Arial" w:hAnsi="Arial"/>
          <w:color w:val="5A4632"/>
          <w:rtl w:val="1"/>
        </w:rPr>
        <w:t>לאיזו כתבה ולאיזו טענה אני מגיב/ה</w:t>
      </w:r>
    </w:p>
    <w:p>
      <w:pPr>
        <w:bidi w:val="1"/>
        <w:jc w:val="right"/>
      </w:pPr>
      <w:r>
        <w:rPr>
          <w:rFonts w:cs="Arial" w:ascii="Arial" w:hAnsi="Arial"/>
          <w:color w:val="969696"/>
          <w:rtl w:val="1"/>
        </w:rPr>
        <w:t>________________________________________________________________________</w:t>
      </w:r>
    </w:p>
    <w:p>
      <w:pPr>
        <w:bidi w:val="1"/>
        <w:jc w:val="right"/>
      </w:pPr>
      <w:r>
        <w:rPr>
          <w:rFonts w:cs="Arial" w:ascii="Arial" w:hAnsi="Arial"/>
          <w:color w:val="969696"/>
          <w:rtl w:val="1"/>
        </w:rPr>
        <w:t>________________________________________________________________________</w:t>
      </w:r>
    </w:p>
    <w:p>
      <w:pPr>
        <w:bidi w:val="1"/>
        <w:jc w:val="right"/>
      </w:pPr>
      <w:r>
        <w:rPr>
          <w:rFonts w:cs="Arial" w:ascii="Arial" w:hAnsi="Arial"/>
          <w:color w:val="969696"/>
          <w:rtl w:val="1"/>
        </w:rPr>
        <w:t>________________________________________________________________________</w:t>
      </w:r>
    </w:p>
    <w:p>
      <w:pPr>
        <w:pStyle w:val="Heading3"/>
        <w:bidi w:val="1"/>
        <w:jc w:val="right"/>
      </w:pPr>
      <w:r>
        <w:rPr>
          <w:rFonts w:cs="Arial" w:ascii="Arial" w:hAnsi="Arial"/>
          <w:b/>
          <w:color w:val="1F3B5A"/>
          <w:sz w:val="25"/>
          <w:rtl w:val="1"/>
          <w:bCs/>
          <w:szCs w:val="25"/>
        </w:rPr>
        <w:t>העמדה שלי</w:t>
      </w:r>
    </w:p>
    <w:p>
      <w:pPr>
        <w:bidi w:val="1"/>
        <w:jc w:val="right"/>
      </w:pPr>
      <w:r>
        <w:rPr>
          <w:rFonts w:cs="Arial" w:ascii="Arial" w:hAnsi="Arial"/>
          <w:color w:val="5A4632"/>
          <w:rtl w:val="1"/>
        </w:rPr>
        <w:t>מסכים/ה, חולק/ת או משלים/ה</w:t>
      </w:r>
    </w:p>
    <w:p>
      <w:pPr>
        <w:bidi w:val="1"/>
        <w:jc w:val="right"/>
      </w:pPr>
      <w:r>
        <w:rPr>
          <w:rFonts w:cs="Arial" w:ascii="Arial" w:hAnsi="Arial"/>
          <w:color w:val="969696"/>
          <w:rtl w:val="1"/>
        </w:rPr>
        <w:t>________________________________________________________________________</w:t>
      </w:r>
    </w:p>
    <w:p>
      <w:pPr>
        <w:bidi w:val="1"/>
        <w:jc w:val="right"/>
      </w:pPr>
      <w:r>
        <w:rPr>
          <w:rFonts w:cs="Arial" w:ascii="Arial" w:hAnsi="Arial"/>
          <w:color w:val="969696"/>
          <w:rtl w:val="1"/>
        </w:rPr>
        <w:t>________________________________________________________________________</w:t>
      </w:r>
    </w:p>
    <w:p>
      <w:pPr>
        <w:bidi w:val="1"/>
        <w:jc w:val="right"/>
      </w:pPr>
      <w:r>
        <w:rPr>
          <w:rFonts w:cs="Arial" w:ascii="Arial" w:hAnsi="Arial"/>
          <w:color w:val="969696"/>
          <w:rtl w:val="1"/>
        </w:rPr>
        <w:t>________________________________________________________________________</w:t>
      </w:r>
    </w:p>
    <w:p>
      <w:pPr>
        <w:pStyle w:val="Heading3"/>
        <w:bidi w:val="1"/>
        <w:jc w:val="right"/>
      </w:pPr>
      <w:r>
        <w:rPr>
          <w:rFonts w:cs="Arial" w:ascii="Arial" w:hAnsi="Arial"/>
          <w:b/>
          <w:color w:val="1F3B5A"/>
          <w:sz w:val="25"/>
          <w:rtl w:val="1"/>
          <w:bCs/>
          <w:szCs w:val="25"/>
        </w:rPr>
        <w:t>נימוקים ומקורות</w:t>
      </w:r>
    </w:p>
    <w:p>
      <w:pPr>
        <w:bidi w:val="1"/>
        <w:jc w:val="right"/>
      </w:pPr>
      <w:r>
        <w:rPr>
          <w:rFonts w:cs="Arial" w:ascii="Arial" w:hAnsi="Arial"/>
          <w:color w:val="5A4632"/>
          <w:rtl w:val="1"/>
        </w:rPr>
        <w:t>שני מקורות לפחות + פרשנות</w:t>
      </w:r>
    </w:p>
    <w:p>
      <w:pPr>
        <w:bidi w:val="1"/>
        <w:jc w:val="right"/>
      </w:pPr>
      <w:r>
        <w:rPr>
          <w:rFonts w:cs="Arial" w:ascii="Arial" w:hAnsi="Arial"/>
          <w:color w:val="969696"/>
          <w:rtl w:val="1"/>
        </w:rPr>
        <w:t>________________________________________________________________________</w:t>
      </w:r>
    </w:p>
    <w:p>
      <w:pPr>
        <w:bidi w:val="1"/>
        <w:jc w:val="right"/>
      </w:pPr>
      <w:r>
        <w:rPr>
          <w:rFonts w:cs="Arial" w:ascii="Arial" w:hAnsi="Arial"/>
          <w:color w:val="969696"/>
          <w:rtl w:val="1"/>
        </w:rPr>
        <w:t>________________________________________________________________________</w:t>
      </w:r>
    </w:p>
    <w:p>
      <w:pPr>
        <w:bidi w:val="1"/>
        <w:jc w:val="right"/>
      </w:pPr>
      <w:r>
        <w:rPr>
          <w:rFonts w:cs="Arial" w:ascii="Arial" w:hAnsi="Arial"/>
          <w:color w:val="969696"/>
          <w:rtl w:val="1"/>
        </w:rPr>
        <w:t>________________________________________________________________________</w:t>
      </w:r>
    </w:p>
    <w:p>
      <w:pPr>
        <w:bidi w:val="1"/>
        <w:jc w:val="right"/>
      </w:pPr>
      <w:r>
        <w:rPr>
          <w:rFonts w:cs="Arial" w:ascii="Arial" w:hAnsi="Arial"/>
          <w:color w:val="969696"/>
          <w:rtl w:val="1"/>
        </w:rPr>
        <w:t>________________________________________________________________________</w:t>
      </w:r>
    </w:p>
    <w:p>
      <w:pPr>
        <w:bidi w:val="1"/>
        <w:jc w:val="right"/>
      </w:pPr>
      <w:r>
        <w:rPr>
          <w:rFonts w:cs="Arial" w:ascii="Arial" w:hAnsi="Arial"/>
          <w:color w:val="969696"/>
          <w:rtl w:val="1"/>
        </w:rPr>
        <w:t>________________________________________________________________________</w:t>
      </w:r>
    </w:p>
    <w:p>
      <w:pPr>
        <w:bidi w:val="1"/>
        <w:jc w:val="right"/>
      </w:pPr>
      <w:r>
        <w:rPr>
          <w:rFonts w:cs="Arial" w:ascii="Arial" w:hAnsi="Arial"/>
          <w:color w:val="969696"/>
          <w:rtl w:val="1"/>
        </w:rPr>
        <w:t>________________________________________________________________________</w:t>
      </w:r>
    </w:p>
    <w:p>
      <w:pPr>
        <w:pStyle w:val="Heading3"/>
        <w:bidi w:val="1"/>
        <w:jc w:val="right"/>
      </w:pPr>
      <w:r>
        <w:rPr>
          <w:rFonts w:cs="Arial" w:ascii="Arial" w:hAnsi="Arial"/>
          <w:b/>
          <w:color w:val="1F3B5A"/>
          <w:sz w:val="25"/>
          <w:rtl w:val="1"/>
          <w:bCs/>
          <w:szCs w:val="25"/>
        </w:rPr>
        <w:t>בקשה או הצעה</w:t>
      </w:r>
    </w:p>
    <w:p>
      <w:pPr>
        <w:bidi w:val="1"/>
        <w:jc w:val="right"/>
      </w:pPr>
      <w:r>
        <w:rPr>
          <w:rFonts w:cs="Arial" w:ascii="Arial" w:hAnsi="Arial"/>
          <w:color w:val="5A4632"/>
          <w:rtl w:val="1"/>
        </w:rPr>
        <w:t>מה הייתי רוצה שהעורכים יעשו</w:t>
      </w:r>
    </w:p>
    <w:p>
      <w:pPr>
        <w:bidi w:val="1"/>
        <w:jc w:val="right"/>
      </w:pPr>
      <w:r>
        <w:rPr>
          <w:rFonts w:cs="Arial" w:ascii="Arial" w:hAnsi="Arial"/>
          <w:color w:val="969696"/>
          <w:rtl w:val="1"/>
        </w:rPr>
        <w:t>________________________________________________________________________</w:t>
      </w:r>
    </w:p>
    <w:p>
      <w:pPr>
        <w:bidi w:val="1"/>
        <w:jc w:val="right"/>
      </w:pPr>
      <w:r>
        <w:rPr>
          <w:rFonts w:cs="Arial" w:ascii="Arial" w:hAnsi="Arial"/>
          <w:color w:val="969696"/>
          <w:rtl w:val="1"/>
        </w:rPr>
        <w:t>________________________________________________________________________</w:t>
      </w:r>
    </w:p>
    <w:p>
      <w:pPr>
        <w:pStyle w:val="Heading3"/>
        <w:bidi w:val="1"/>
        <w:jc w:val="right"/>
      </w:pPr>
      <w:r>
        <w:rPr>
          <w:rFonts w:cs="Arial" w:ascii="Arial" w:hAnsi="Arial"/>
          <w:b/>
          <w:color w:val="1F3B5A"/>
          <w:sz w:val="25"/>
          <w:rtl w:val="1"/>
          <w:bCs/>
          <w:szCs w:val="25"/>
        </w:rPr>
        <w:t>חתימה</w:t>
      </w:r>
    </w:p>
    <w:p>
      <w:pPr>
        <w:bidi w:val="1"/>
        <w:jc w:val="right"/>
      </w:pPr>
      <w:r>
        <w:rPr>
          <w:rFonts w:cs="Arial" w:ascii="Arial" w:hAnsi="Arial"/>
          <w:color w:val="5A4632"/>
          <w:rtl w:val="1"/>
        </w:rPr>
        <w:t>שם, תפקיד או מקום</w:t>
      </w:r>
    </w:p>
    <w:p>
      <w:pPr>
        <w:bidi w:val="1"/>
        <w:jc w:val="right"/>
      </w:pPr>
      <w:r>
        <w:rPr>
          <w:rFonts w:cs="Arial" w:ascii="Arial" w:hAnsi="Arial"/>
          <w:color w:val="969696"/>
          <w:rtl w:val="1"/>
        </w:rPr>
        <w:t>________________________________________________________________________</w:t>
      </w:r>
    </w:p>
    <w:p>
      <w:pPr>
        <w:bidi w:val="1"/>
        <w:jc w:val="right"/>
      </w:pPr>
      <w:r>
        <w:rPr>
          <w:rFonts w:cs="Arial" w:ascii="Arial" w:hAnsi="Arial"/>
          <w:color w:val="969696"/>
          <w:rtl w:val="1"/>
        </w:rPr>
        <w:t>________________________________________________________________________</w:t>
      </w:r>
    </w:p>
    <w:p>
      <w:pPr>
        <w:pStyle w:val="Heading2"/>
        <w:bidi w:val="1"/>
        <w:jc w:val="right"/>
      </w:pPr>
      <w:r>
        <w:rPr>
          <w:rFonts w:cs="Arial" w:ascii="Arial" w:hAnsi="Arial"/>
          <w:b/>
          <w:color w:val="1F3B5A"/>
          <w:sz w:val="28"/>
          <w:rtl w:val="1"/>
          <w:bCs/>
          <w:szCs w:val="28"/>
        </w:rPr>
        <w:t>💌 מדור עצות – "שאלו את היועצ/ת"</w:t>
      </w:r>
    </w:p>
    <w:p>
      <w:pPr>
        <w:bidi w:val="1"/>
        <w:jc w:val="right"/>
      </w:pPr>
      <w:r>
        <w:rPr>
          <w:rFonts w:cs="Arial" w:ascii="Arial" w:hAnsi="Arial"/>
          <w:color w:val="5A4632"/>
          <w:rtl w:val="1"/>
        </w:rPr>
        <w:t>דמות מהיצירה כותבת מכתב קצר ובו בעיה, ו'היועצ/ת' של העיתון עונה לה בחום ובחוכמה. כך בוחנים קונפליקט מבפנים ומציעים דרכי פעולה.</w:t>
      </w:r>
    </w:p>
    <w:p>
      <w:pPr>
        <w:bidi w:val="1"/>
        <w:jc w:val="right"/>
      </w:pPr>
      <w:r>
        <w:rPr>
          <w:rFonts w:cs="Arial" w:ascii="Arial" w:hAnsi="Arial"/>
          <w:b/>
          <w:rtl w:val="1"/>
          <w:bCs/>
        </w:rPr>
        <w:t>פתיחים:</w:t>
      </w:r>
    </w:p>
    <w:p>
      <w:pPr>
        <w:bidi w:val="1"/>
        <w:jc w:val="right"/>
      </w:pPr>
      <w:r>
        <w:rPr>
          <w:rFonts w:cs="Arial" w:ascii="Arial" w:hAnsi="Arial"/>
          <w:rtl w:val="1"/>
        </w:rPr>
        <w:t>‏◯ יועצת יקרה, אני לא יודע/ת מה לעשות…</w:t>
      </w:r>
    </w:p>
    <w:p>
      <w:pPr>
        <w:bidi w:val="1"/>
        <w:jc w:val="right"/>
      </w:pPr>
      <w:r>
        <w:rPr>
          <w:rFonts w:cs="Arial" w:ascii="Arial" w:hAnsi="Arial"/>
          <w:rtl w:val="1"/>
        </w:rPr>
        <w:t>‏◯ קורא/ת יקר/ה, ראשית – אתה/את לא לבד.</w:t>
      </w:r>
    </w:p>
    <w:p>
      <w:pPr>
        <w:bidi w:val="1"/>
        <w:jc w:val="right"/>
      </w:pPr>
      <w:r>
        <w:rPr>
          <w:rFonts w:cs="Arial" w:ascii="Arial" w:hAnsi="Arial"/>
          <w:rtl w:val="1"/>
        </w:rPr>
        <w:t>‏◯ אני שומע/ת במכתב שלך שני קולות:</w:t>
      </w:r>
    </w:p>
    <w:p>
      <w:pPr>
        <w:bidi w:val="1"/>
        <w:jc w:val="right"/>
      </w:pPr>
      <w:r>
        <w:rPr>
          <w:rFonts w:cs="Arial" w:ascii="Arial" w:hAnsi="Arial"/>
          <w:rtl w:val="1"/>
        </w:rPr>
        <w:t>‏◯ הצעה ראשונה שלי:</w:t>
      </w:r>
    </w:p>
    <w:p>
      <w:pPr>
        <w:pStyle w:val="Heading3"/>
        <w:bidi w:val="1"/>
        <w:jc w:val="right"/>
      </w:pPr>
      <w:r>
        <w:rPr>
          <w:rFonts w:cs="Arial" w:ascii="Arial" w:hAnsi="Arial"/>
          <w:b/>
          <w:color w:val="1F3B5A"/>
          <w:sz w:val="25"/>
          <w:rtl w:val="1"/>
          <w:bCs/>
          <w:szCs w:val="25"/>
        </w:rPr>
        <w:t>כותרת המדור</w:t>
      </w:r>
    </w:p>
    <w:p>
      <w:pPr>
        <w:bidi w:val="1"/>
        <w:jc w:val="right"/>
      </w:pPr>
      <w:r>
        <w:rPr>
          <w:rFonts w:cs="Arial" w:ascii="Arial" w:hAnsi="Arial"/>
          <w:color w:val="5A4632"/>
          <w:rtl w:val="1"/>
        </w:rPr>
        <w:t>שם המדור + נושא השאלה</w:t>
      </w:r>
    </w:p>
    <w:p>
      <w:pPr>
        <w:bidi w:val="1"/>
        <w:jc w:val="right"/>
      </w:pPr>
      <w:r>
        <w:rPr>
          <w:rFonts w:cs="Arial" w:ascii="Arial" w:hAnsi="Arial"/>
          <w:color w:val="969696"/>
          <w:rtl w:val="1"/>
        </w:rPr>
        <w:t>________________________________________________________________________</w:t>
      </w:r>
    </w:p>
    <w:p>
      <w:pPr>
        <w:bidi w:val="1"/>
        <w:jc w:val="right"/>
      </w:pPr>
      <w:r>
        <w:rPr>
          <w:rFonts w:cs="Arial" w:ascii="Arial" w:hAnsi="Arial"/>
          <w:color w:val="969696"/>
          <w:rtl w:val="1"/>
        </w:rPr>
        <w:t>________________________________________________________________________</w:t>
      </w:r>
    </w:p>
    <w:p>
      <w:pPr>
        <w:pStyle w:val="Heading3"/>
        <w:bidi w:val="1"/>
        <w:jc w:val="right"/>
      </w:pPr>
      <w:r>
        <w:rPr>
          <w:rFonts w:cs="Arial" w:ascii="Arial" w:hAnsi="Arial"/>
          <w:b/>
          <w:color w:val="1F3B5A"/>
          <w:sz w:val="25"/>
          <w:rtl w:val="1"/>
          <w:bCs/>
          <w:szCs w:val="25"/>
        </w:rPr>
        <w:t>מכתב השאלה</w:t>
      </w:r>
    </w:p>
    <w:p>
      <w:pPr>
        <w:bidi w:val="1"/>
        <w:jc w:val="right"/>
      </w:pPr>
      <w:r>
        <w:rPr>
          <w:rFonts w:cs="Arial" w:ascii="Arial" w:hAnsi="Arial"/>
          <w:color w:val="5A4632"/>
          <w:rtl w:val="1"/>
        </w:rPr>
        <w:t>בקול הדמות, עם חתימה מרומזת</w:t>
      </w:r>
    </w:p>
    <w:p>
      <w:pPr>
        <w:bidi w:val="1"/>
        <w:jc w:val="right"/>
      </w:pPr>
      <w:r>
        <w:rPr>
          <w:rFonts w:cs="Arial" w:ascii="Arial" w:hAnsi="Arial"/>
          <w:color w:val="969696"/>
          <w:rtl w:val="1"/>
        </w:rPr>
        <w:t>________________________________________________________________________</w:t>
      </w:r>
    </w:p>
    <w:p>
      <w:pPr>
        <w:bidi w:val="1"/>
        <w:jc w:val="right"/>
      </w:pPr>
      <w:r>
        <w:rPr>
          <w:rFonts w:cs="Arial" w:ascii="Arial" w:hAnsi="Arial"/>
          <w:color w:val="969696"/>
          <w:rtl w:val="1"/>
        </w:rPr>
        <w:t>________________________________________________________________________</w:t>
      </w:r>
    </w:p>
    <w:p>
      <w:pPr>
        <w:bidi w:val="1"/>
        <w:jc w:val="right"/>
      </w:pPr>
      <w:r>
        <w:rPr>
          <w:rFonts w:cs="Arial" w:ascii="Arial" w:hAnsi="Arial"/>
          <w:color w:val="969696"/>
          <w:rtl w:val="1"/>
        </w:rPr>
        <w:t>________________________________________________________________________</w:t>
      </w:r>
    </w:p>
    <w:p>
      <w:pPr>
        <w:bidi w:val="1"/>
        <w:jc w:val="right"/>
      </w:pPr>
      <w:r>
        <w:rPr>
          <w:rFonts w:cs="Arial" w:ascii="Arial" w:hAnsi="Arial"/>
          <w:color w:val="969696"/>
          <w:rtl w:val="1"/>
        </w:rPr>
        <w:t>________________________________________________________________________</w:t>
      </w:r>
    </w:p>
    <w:p>
      <w:pPr>
        <w:bidi w:val="1"/>
        <w:jc w:val="right"/>
      </w:pPr>
      <w:r>
        <w:rPr>
          <w:rFonts w:cs="Arial" w:ascii="Arial" w:hAnsi="Arial"/>
          <w:color w:val="969696"/>
          <w:rtl w:val="1"/>
        </w:rPr>
        <w:t>________________________________________________________________________</w:t>
      </w:r>
    </w:p>
    <w:p>
      <w:pPr>
        <w:pStyle w:val="Heading3"/>
        <w:bidi w:val="1"/>
        <w:jc w:val="right"/>
      </w:pPr>
      <w:r>
        <w:rPr>
          <w:rFonts w:cs="Arial" w:ascii="Arial" w:hAnsi="Arial"/>
          <w:b/>
          <w:color w:val="1F3B5A"/>
          <w:sz w:val="25"/>
          <w:rtl w:val="1"/>
          <w:bCs/>
          <w:szCs w:val="25"/>
        </w:rPr>
        <w:t>זיהוי הבעיה</w:t>
      </w:r>
    </w:p>
    <w:p>
      <w:pPr>
        <w:bidi w:val="1"/>
        <w:jc w:val="right"/>
      </w:pPr>
      <w:r>
        <w:rPr>
          <w:rFonts w:cs="Arial" w:ascii="Arial" w:hAnsi="Arial"/>
          <w:color w:val="5A4632"/>
          <w:rtl w:val="1"/>
        </w:rPr>
        <w:t>מהו הקונפליקט</w:t>
      </w:r>
    </w:p>
    <w:p>
      <w:pPr>
        <w:bidi w:val="1"/>
        <w:jc w:val="right"/>
      </w:pPr>
      <w:r>
        <w:rPr>
          <w:rFonts w:cs="Arial" w:ascii="Arial" w:hAnsi="Arial"/>
          <w:color w:val="969696"/>
          <w:rtl w:val="1"/>
        </w:rPr>
        <w:t>________________________________________________________________________</w:t>
      </w:r>
    </w:p>
    <w:p>
      <w:pPr>
        <w:bidi w:val="1"/>
        <w:jc w:val="right"/>
      </w:pPr>
      <w:r>
        <w:rPr>
          <w:rFonts w:cs="Arial" w:ascii="Arial" w:hAnsi="Arial"/>
          <w:color w:val="969696"/>
          <w:rtl w:val="1"/>
        </w:rPr>
        <w:t>________________________________________________________________________</w:t>
      </w:r>
    </w:p>
    <w:p>
      <w:pPr>
        <w:pStyle w:val="Heading3"/>
        <w:bidi w:val="1"/>
        <w:jc w:val="right"/>
      </w:pPr>
      <w:r>
        <w:rPr>
          <w:rFonts w:cs="Arial" w:ascii="Arial" w:hAnsi="Arial"/>
          <w:b/>
          <w:color w:val="1F3B5A"/>
          <w:sz w:val="25"/>
          <w:rtl w:val="1"/>
          <w:bCs/>
          <w:szCs w:val="25"/>
        </w:rPr>
        <w:t>אמפתיה</w:t>
      </w:r>
    </w:p>
    <w:p>
      <w:pPr>
        <w:bidi w:val="1"/>
        <w:jc w:val="right"/>
      </w:pPr>
      <w:r>
        <w:rPr>
          <w:rFonts w:cs="Arial" w:ascii="Arial" w:hAnsi="Arial"/>
          <w:color w:val="5A4632"/>
          <w:rtl w:val="1"/>
        </w:rPr>
        <w:t>הבנה לרגשות</w:t>
      </w:r>
    </w:p>
    <w:p>
      <w:pPr>
        <w:bidi w:val="1"/>
        <w:jc w:val="right"/>
      </w:pPr>
      <w:r>
        <w:rPr>
          <w:rFonts w:cs="Arial" w:ascii="Arial" w:hAnsi="Arial"/>
          <w:color w:val="969696"/>
          <w:rtl w:val="1"/>
        </w:rPr>
        <w:t>________________________________________________________________________</w:t>
      </w:r>
    </w:p>
    <w:p>
      <w:pPr>
        <w:bidi w:val="1"/>
        <w:jc w:val="right"/>
      </w:pPr>
      <w:r>
        <w:rPr>
          <w:rFonts w:cs="Arial" w:ascii="Arial" w:hAnsi="Arial"/>
          <w:color w:val="969696"/>
          <w:rtl w:val="1"/>
        </w:rPr>
        <w:t>________________________________________________________________________</w:t>
      </w:r>
    </w:p>
    <w:p>
      <w:pPr>
        <w:pStyle w:val="Heading3"/>
        <w:bidi w:val="1"/>
        <w:jc w:val="right"/>
      </w:pPr>
      <w:r>
        <w:rPr>
          <w:rFonts w:cs="Arial" w:ascii="Arial" w:hAnsi="Arial"/>
          <w:b/>
          <w:color w:val="1F3B5A"/>
          <w:sz w:val="25"/>
          <w:rtl w:val="1"/>
          <w:bCs/>
          <w:szCs w:val="25"/>
        </w:rPr>
        <w:t>עצות</w:t>
      </w:r>
    </w:p>
    <w:p>
      <w:pPr>
        <w:bidi w:val="1"/>
        <w:jc w:val="right"/>
      </w:pPr>
      <w:r>
        <w:rPr>
          <w:rFonts w:cs="Arial" w:ascii="Arial" w:hAnsi="Arial"/>
          <w:color w:val="5A4632"/>
          <w:rtl w:val="1"/>
        </w:rPr>
        <w:t>2–3 עצות מבוססות על היצירה</w:t>
      </w:r>
    </w:p>
    <w:p>
      <w:pPr>
        <w:bidi w:val="1"/>
        <w:jc w:val="right"/>
      </w:pPr>
      <w:r>
        <w:rPr>
          <w:rFonts w:cs="Arial" w:ascii="Arial" w:hAnsi="Arial"/>
          <w:color w:val="969696"/>
          <w:rtl w:val="1"/>
        </w:rPr>
        <w:t>________________________________________________________________________</w:t>
      </w:r>
    </w:p>
    <w:p>
      <w:pPr>
        <w:bidi w:val="1"/>
        <w:jc w:val="right"/>
      </w:pPr>
      <w:r>
        <w:rPr>
          <w:rFonts w:cs="Arial" w:ascii="Arial" w:hAnsi="Arial"/>
          <w:color w:val="969696"/>
          <w:rtl w:val="1"/>
        </w:rPr>
        <w:t>________________________________________________________________________</w:t>
      </w:r>
    </w:p>
    <w:p>
      <w:pPr>
        <w:bidi w:val="1"/>
        <w:jc w:val="right"/>
      </w:pPr>
      <w:r>
        <w:rPr>
          <w:rFonts w:cs="Arial" w:ascii="Arial" w:hAnsi="Arial"/>
          <w:color w:val="969696"/>
          <w:rtl w:val="1"/>
        </w:rPr>
        <w:t>________________________________________________________________________</w:t>
      </w:r>
    </w:p>
    <w:p>
      <w:pPr>
        <w:bidi w:val="1"/>
        <w:jc w:val="right"/>
      </w:pPr>
      <w:r>
        <w:rPr>
          <w:rFonts w:cs="Arial" w:ascii="Arial" w:hAnsi="Arial"/>
          <w:color w:val="969696"/>
          <w:rtl w:val="1"/>
        </w:rPr>
        <w:t>________________________________________________________________________</w:t>
      </w:r>
    </w:p>
    <w:p>
      <w:pPr>
        <w:bidi w:val="1"/>
        <w:jc w:val="right"/>
      </w:pPr>
      <w:r>
        <w:rPr>
          <w:rFonts w:cs="Arial" w:ascii="Arial" w:hAnsi="Arial"/>
          <w:color w:val="969696"/>
          <w:rtl w:val="1"/>
        </w:rPr>
        <w:t>________________________________________________________________________</w:t>
      </w:r>
    </w:p>
    <w:p>
      <w:pPr>
        <w:bidi w:val="1"/>
        <w:jc w:val="right"/>
      </w:pPr>
      <w:r>
        <w:rPr>
          <w:rFonts w:cs="Arial" w:ascii="Arial" w:hAnsi="Arial"/>
          <w:color w:val="969696"/>
          <w:rtl w:val="1"/>
        </w:rPr>
        <w:t>________________________________________________________________________</w:t>
      </w:r>
    </w:p>
    <w:p>
      <w:pPr>
        <w:pStyle w:val="Heading3"/>
        <w:bidi w:val="1"/>
        <w:jc w:val="right"/>
      </w:pPr>
      <w:r>
        <w:rPr>
          <w:rFonts w:cs="Arial" w:ascii="Arial" w:hAnsi="Arial"/>
          <w:b/>
          <w:color w:val="1F3B5A"/>
          <w:sz w:val="25"/>
          <w:rtl w:val="1"/>
          <w:bCs/>
          <w:szCs w:val="25"/>
        </w:rPr>
        <w:t>סיום והערת עורך/ת</w:t>
      </w:r>
    </w:p>
    <w:p>
      <w:pPr>
        <w:bidi w:val="1"/>
        <w:jc w:val="right"/>
      </w:pPr>
      <w:r>
        <w:rPr>
          <w:rFonts w:cs="Arial" w:ascii="Arial" w:hAnsi="Arial"/>
          <w:color w:val="5A4632"/>
          <w:rtl w:val="1"/>
        </w:rPr>
        <w:t>מה קרה ביצירה + מקורות</w:t>
      </w:r>
    </w:p>
    <w:p>
      <w:pPr>
        <w:bidi w:val="1"/>
        <w:jc w:val="right"/>
      </w:pPr>
      <w:r>
        <w:rPr>
          <w:rFonts w:cs="Arial" w:ascii="Arial" w:hAnsi="Arial"/>
          <w:color w:val="969696"/>
          <w:rtl w:val="1"/>
        </w:rPr>
        <w:t>________________________________________________________________________</w:t>
      </w:r>
    </w:p>
    <w:p>
      <w:pPr>
        <w:bidi w:val="1"/>
        <w:jc w:val="right"/>
      </w:pPr>
      <w:r>
        <w:rPr>
          <w:rFonts w:cs="Arial" w:ascii="Arial" w:hAnsi="Arial"/>
          <w:color w:val="969696"/>
          <w:rtl w:val="1"/>
        </w:rPr>
        <w:t>________________________________________________________________________</w:t>
      </w:r>
    </w:p>
    <w:p>
      <w:pPr>
        <w:bidi w:val="1"/>
        <w:jc w:val="right"/>
      </w:pPr>
      <w:r>
        <w:rPr>
          <w:rFonts w:cs="Arial" w:ascii="Arial" w:hAnsi="Arial"/>
          <w:color w:val="969696"/>
          <w:rtl w:val="1"/>
        </w:rPr>
        <w:t>________________________________________________________________________</w:t>
      </w:r>
    </w:p>
    <w:p>
      <w:pPr>
        <w:pStyle w:val="Heading2"/>
        <w:bidi w:val="1"/>
        <w:jc w:val="right"/>
      </w:pPr>
      <w:r>
        <w:rPr>
          <w:rFonts w:cs="Arial" w:ascii="Arial" w:hAnsi="Arial"/>
          <w:b/>
          <w:color w:val="1F3B5A"/>
          <w:sz w:val="28"/>
          <w:rtl w:val="1"/>
          <w:bCs/>
          <w:szCs w:val="28"/>
        </w:rPr>
        <w:t>🌦️ תחזית מזג האוויר של הנפש</w:t>
      </w:r>
    </w:p>
    <w:p>
      <w:pPr>
        <w:bidi w:val="1"/>
        <w:jc w:val="right"/>
      </w:pPr>
      <w:r>
        <w:rPr>
          <w:rFonts w:cs="Arial" w:ascii="Arial" w:hAnsi="Arial"/>
          <w:color w:val="5A4632"/>
          <w:rtl w:val="1"/>
        </w:rPr>
        <w:t>מדור יצירתי שבו מצב הרוח של דמויות או של דוברים מוצג כתחזית מזג אוויר: עננים, סערות, הפוגות ושמש. זו דרך משעשעת ומדויקת לדבר על אווירה ועל התפתחות רגשית.</w:t>
      </w:r>
    </w:p>
    <w:p>
      <w:pPr>
        <w:bidi w:val="1"/>
        <w:jc w:val="right"/>
      </w:pPr>
      <w:r>
        <w:rPr>
          <w:rFonts w:cs="Arial" w:ascii="Arial" w:hAnsi="Arial"/>
          <w:b/>
          <w:rtl w:val="1"/>
          <w:bCs/>
        </w:rPr>
        <w:t>פתיחים:</w:t>
      </w:r>
    </w:p>
    <w:p>
      <w:pPr>
        <w:bidi w:val="1"/>
        <w:jc w:val="right"/>
      </w:pPr>
      <w:r>
        <w:rPr>
          <w:rFonts w:cs="Arial" w:ascii="Arial" w:hAnsi="Arial"/>
          <w:rtl w:val="1"/>
        </w:rPr>
        <w:t>‏◯ תחזית לשבוע הקרוב בעולם היצירה:</w:t>
      </w:r>
    </w:p>
    <w:p>
      <w:pPr>
        <w:bidi w:val="1"/>
        <w:jc w:val="right"/>
      </w:pPr>
      <w:r>
        <w:rPr>
          <w:rFonts w:cs="Arial" w:ascii="Arial" w:hAnsi="Arial"/>
          <w:rtl w:val="1"/>
        </w:rPr>
        <w:t>‏◯ באזור … צפויה עננות כבדה, בעקבות…</w:t>
      </w:r>
    </w:p>
    <w:p>
      <w:pPr>
        <w:bidi w:val="1"/>
        <w:jc w:val="right"/>
      </w:pPr>
      <w:r>
        <w:rPr>
          <w:rFonts w:cs="Arial" w:ascii="Arial" w:hAnsi="Arial"/>
          <w:rtl w:val="1"/>
        </w:rPr>
        <w:t>‏◯ אזהרה: לקראת סוף השבוע צפויה סערה ב…</w:t>
      </w:r>
    </w:p>
    <w:p>
      <w:pPr>
        <w:bidi w:val="1"/>
        <w:jc w:val="right"/>
      </w:pPr>
      <w:r>
        <w:rPr>
          <w:rFonts w:cs="Arial" w:ascii="Arial" w:hAnsi="Arial"/>
          <w:rtl w:val="1"/>
        </w:rPr>
        <w:t>‏◯ הפוגה קצרה צפויה כאשר…</w:t>
      </w:r>
    </w:p>
    <w:p>
      <w:pPr>
        <w:pStyle w:val="Heading3"/>
        <w:bidi w:val="1"/>
        <w:jc w:val="right"/>
      </w:pPr>
      <w:r>
        <w:rPr>
          <w:rFonts w:cs="Arial" w:ascii="Arial" w:hAnsi="Arial"/>
          <w:b/>
          <w:color w:val="1F3B5A"/>
          <w:sz w:val="25"/>
          <w:rtl w:val="1"/>
          <w:bCs/>
          <w:szCs w:val="25"/>
        </w:rPr>
        <w:t>כותרת ותאריך</w:t>
      </w:r>
    </w:p>
    <w:p>
      <w:pPr>
        <w:bidi w:val="1"/>
        <w:jc w:val="right"/>
      </w:pPr>
      <w:r>
        <w:rPr>
          <w:rFonts w:cs="Arial" w:ascii="Arial" w:hAnsi="Arial"/>
          <w:color w:val="5A4632"/>
          <w:rtl w:val="1"/>
        </w:rPr>
        <w:t>'תחזית הנפש לשבוע…'</w:t>
      </w:r>
    </w:p>
    <w:p>
      <w:pPr>
        <w:bidi w:val="1"/>
        <w:jc w:val="right"/>
      </w:pPr>
      <w:r>
        <w:rPr>
          <w:rFonts w:cs="Arial" w:ascii="Arial" w:hAnsi="Arial"/>
          <w:color w:val="969696"/>
          <w:rtl w:val="1"/>
        </w:rPr>
        <w:t>________________________________________________________________________</w:t>
      </w:r>
    </w:p>
    <w:p>
      <w:pPr>
        <w:bidi w:val="1"/>
        <w:jc w:val="right"/>
      </w:pPr>
      <w:r>
        <w:rPr>
          <w:rFonts w:cs="Arial" w:ascii="Arial" w:hAnsi="Arial"/>
          <w:color w:val="969696"/>
          <w:rtl w:val="1"/>
        </w:rPr>
        <w:t>________________________________________________________________________</w:t>
      </w:r>
    </w:p>
    <w:p>
      <w:pPr>
        <w:pStyle w:val="Heading3"/>
        <w:bidi w:val="1"/>
        <w:jc w:val="right"/>
      </w:pPr>
      <w:r>
        <w:rPr>
          <w:rFonts w:cs="Arial" w:ascii="Arial" w:hAnsi="Arial"/>
          <w:b/>
          <w:color w:val="1F3B5A"/>
          <w:sz w:val="25"/>
          <w:rtl w:val="1"/>
          <w:bCs/>
          <w:szCs w:val="25"/>
        </w:rPr>
        <w:t>אזור 1</w:t>
      </w:r>
    </w:p>
    <w:p>
      <w:pPr>
        <w:bidi w:val="1"/>
        <w:jc w:val="right"/>
      </w:pPr>
      <w:r>
        <w:rPr>
          <w:rFonts w:cs="Arial" w:ascii="Arial" w:hAnsi="Arial"/>
          <w:color w:val="5A4632"/>
          <w:rtl w:val="1"/>
        </w:rPr>
        <w:t>דמות/דובר, מצב, סיבה + מקור</w:t>
      </w:r>
    </w:p>
    <w:p>
      <w:pPr>
        <w:bidi w:val="1"/>
        <w:jc w:val="right"/>
      </w:pPr>
      <w:r>
        <w:rPr>
          <w:rFonts w:cs="Arial" w:ascii="Arial" w:hAnsi="Arial"/>
          <w:color w:val="969696"/>
          <w:rtl w:val="1"/>
        </w:rPr>
        <w:t>________________________________________________________________________</w:t>
      </w:r>
    </w:p>
    <w:p>
      <w:pPr>
        <w:bidi w:val="1"/>
        <w:jc w:val="right"/>
      </w:pPr>
      <w:r>
        <w:rPr>
          <w:rFonts w:cs="Arial" w:ascii="Arial" w:hAnsi="Arial"/>
          <w:color w:val="969696"/>
          <w:rtl w:val="1"/>
        </w:rPr>
        <w:t>________________________________________________________________________</w:t>
      </w:r>
    </w:p>
    <w:p>
      <w:pPr>
        <w:bidi w:val="1"/>
        <w:jc w:val="right"/>
      </w:pPr>
      <w:r>
        <w:rPr>
          <w:rFonts w:cs="Arial" w:ascii="Arial" w:hAnsi="Arial"/>
          <w:color w:val="969696"/>
          <w:rtl w:val="1"/>
        </w:rPr>
        <w:t>________________________________________________________________________</w:t>
      </w:r>
    </w:p>
    <w:p>
      <w:pPr>
        <w:bidi w:val="1"/>
        <w:jc w:val="right"/>
      </w:pPr>
      <w:r>
        <w:rPr>
          <w:rFonts w:cs="Arial" w:ascii="Arial" w:hAnsi="Arial"/>
          <w:color w:val="969696"/>
          <w:rtl w:val="1"/>
        </w:rPr>
        <w:t>________________________________________________________________________</w:t>
      </w:r>
    </w:p>
    <w:p>
      <w:pPr>
        <w:pStyle w:val="Heading3"/>
        <w:bidi w:val="1"/>
        <w:jc w:val="right"/>
      </w:pPr>
      <w:r>
        <w:rPr>
          <w:rFonts w:cs="Arial" w:ascii="Arial" w:hAnsi="Arial"/>
          <w:b/>
          <w:color w:val="1F3B5A"/>
          <w:sz w:val="25"/>
          <w:rtl w:val="1"/>
          <w:bCs/>
          <w:szCs w:val="25"/>
        </w:rPr>
        <w:t>אזור 2</w:t>
      </w:r>
    </w:p>
    <w:p>
      <w:pPr>
        <w:bidi w:val="1"/>
        <w:jc w:val="right"/>
      </w:pPr>
      <w:r>
        <w:rPr>
          <w:rFonts w:cs="Arial" w:ascii="Arial" w:hAnsi="Arial"/>
          <w:color w:val="5A4632"/>
          <w:rtl w:val="1"/>
        </w:rPr>
        <w:t>דמות/דובר, מצב, סיבה + מקור</w:t>
      </w:r>
    </w:p>
    <w:p>
      <w:pPr>
        <w:bidi w:val="1"/>
        <w:jc w:val="right"/>
      </w:pPr>
      <w:r>
        <w:rPr>
          <w:rFonts w:cs="Arial" w:ascii="Arial" w:hAnsi="Arial"/>
          <w:color w:val="969696"/>
          <w:rtl w:val="1"/>
        </w:rPr>
        <w:t>________________________________________________________________________</w:t>
      </w:r>
    </w:p>
    <w:p>
      <w:pPr>
        <w:bidi w:val="1"/>
        <w:jc w:val="right"/>
      </w:pPr>
      <w:r>
        <w:rPr>
          <w:rFonts w:cs="Arial" w:ascii="Arial" w:hAnsi="Arial"/>
          <w:color w:val="969696"/>
          <w:rtl w:val="1"/>
        </w:rPr>
        <w:t>________________________________________________________________________</w:t>
      </w:r>
    </w:p>
    <w:p>
      <w:pPr>
        <w:bidi w:val="1"/>
        <w:jc w:val="right"/>
      </w:pPr>
      <w:r>
        <w:rPr>
          <w:rFonts w:cs="Arial" w:ascii="Arial" w:hAnsi="Arial"/>
          <w:color w:val="969696"/>
          <w:rtl w:val="1"/>
        </w:rPr>
        <w:t>________________________________________________________________________</w:t>
      </w:r>
    </w:p>
    <w:p>
      <w:pPr>
        <w:bidi w:val="1"/>
        <w:jc w:val="right"/>
      </w:pPr>
      <w:r>
        <w:rPr>
          <w:rFonts w:cs="Arial" w:ascii="Arial" w:hAnsi="Arial"/>
          <w:color w:val="969696"/>
          <w:rtl w:val="1"/>
        </w:rPr>
        <w:t>________________________________________________________________________</w:t>
      </w:r>
    </w:p>
    <w:p>
      <w:pPr>
        <w:pStyle w:val="Heading3"/>
        <w:bidi w:val="1"/>
        <w:jc w:val="right"/>
      </w:pPr>
      <w:r>
        <w:rPr>
          <w:rFonts w:cs="Arial" w:ascii="Arial" w:hAnsi="Arial"/>
          <w:b/>
          <w:color w:val="1F3B5A"/>
          <w:sz w:val="25"/>
          <w:rtl w:val="1"/>
          <w:bCs/>
          <w:szCs w:val="25"/>
        </w:rPr>
        <w:t>אזור 3</w:t>
      </w:r>
    </w:p>
    <w:p>
      <w:pPr>
        <w:bidi w:val="1"/>
        <w:jc w:val="right"/>
      </w:pPr>
      <w:r>
        <w:rPr>
          <w:rFonts w:cs="Arial" w:ascii="Arial" w:hAnsi="Arial"/>
          <w:color w:val="5A4632"/>
          <w:rtl w:val="1"/>
        </w:rPr>
        <w:t>דמות/דובר, מצב, סיבה + מקור</w:t>
      </w:r>
    </w:p>
    <w:p>
      <w:pPr>
        <w:bidi w:val="1"/>
        <w:jc w:val="right"/>
      </w:pPr>
      <w:r>
        <w:rPr>
          <w:rFonts w:cs="Arial" w:ascii="Arial" w:hAnsi="Arial"/>
          <w:color w:val="969696"/>
          <w:rtl w:val="1"/>
        </w:rPr>
        <w:t>________________________________________________________________________</w:t>
      </w:r>
    </w:p>
    <w:p>
      <w:pPr>
        <w:bidi w:val="1"/>
        <w:jc w:val="right"/>
      </w:pPr>
      <w:r>
        <w:rPr>
          <w:rFonts w:cs="Arial" w:ascii="Arial" w:hAnsi="Arial"/>
          <w:color w:val="969696"/>
          <w:rtl w:val="1"/>
        </w:rPr>
        <w:t>________________________________________________________________________</w:t>
      </w:r>
    </w:p>
    <w:p>
      <w:pPr>
        <w:bidi w:val="1"/>
        <w:jc w:val="right"/>
      </w:pPr>
      <w:r>
        <w:rPr>
          <w:rFonts w:cs="Arial" w:ascii="Arial" w:hAnsi="Arial"/>
          <w:color w:val="969696"/>
          <w:rtl w:val="1"/>
        </w:rPr>
        <w:t>________________________________________________________________________</w:t>
      </w:r>
    </w:p>
    <w:p>
      <w:pPr>
        <w:bidi w:val="1"/>
        <w:jc w:val="right"/>
      </w:pPr>
      <w:r>
        <w:rPr>
          <w:rFonts w:cs="Arial" w:ascii="Arial" w:hAnsi="Arial"/>
          <w:color w:val="969696"/>
          <w:rtl w:val="1"/>
        </w:rPr>
        <w:t>________________________________________________________________________</w:t>
      </w:r>
    </w:p>
    <w:p>
      <w:pPr>
        <w:pStyle w:val="Heading3"/>
        <w:bidi w:val="1"/>
        <w:jc w:val="right"/>
      </w:pPr>
      <w:r>
        <w:rPr>
          <w:rFonts w:cs="Arial" w:ascii="Arial" w:hAnsi="Arial"/>
          <w:b/>
          <w:color w:val="1F3B5A"/>
          <w:sz w:val="25"/>
          <w:rtl w:val="1"/>
          <w:bCs/>
          <w:szCs w:val="25"/>
        </w:rPr>
        <w:t>אזהרה מיוחדת</w:t>
      </w:r>
    </w:p>
    <w:p>
      <w:pPr>
        <w:bidi w:val="1"/>
        <w:jc w:val="right"/>
      </w:pPr>
      <w:r>
        <w:rPr>
          <w:rFonts w:cs="Arial" w:ascii="Arial" w:hAnsi="Arial"/>
          <w:color w:val="5A4632"/>
          <w:rtl w:val="1"/>
        </w:rPr>
        <w:t>השיא או התפנית</w:t>
      </w:r>
    </w:p>
    <w:p>
      <w:pPr>
        <w:bidi w:val="1"/>
        <w:jc w:val="right"/>
      </w:pPr>
      <w:r>
        <w:rPr>
          <w:rFonts w:cs="Arial" w:ascii="Arial" w:hAnsi="Arial"/>
          <w:color w:val="969696"/>
          <w:rtl w:val="1"/>
        </w:rPr>
        <w:t>________________________________________________________________________</w:t>
      </w:r>
    </w:p>
    <w:p>
      <w:pPr>
        <w:bidi w:val="1"/>
        <w:jc w:val="right"/>
      </w:pPr>
      <w:r>
        <w:rPr>
          <w:rFonts w:cs="Arial" w:ascii="Arial" w:hAnsi="Arial"/>
          <w:color w:val="969696"/>
          <w:rtl w:val="1"/>
        </w:rPr>
        <w:t>________________________________________________________________________</w:t>
      </w:r>
    </w:p>
    <w:p>
      <w:pPr>
        <w:pStyle w:val="Heading3"/>
        <w:bidi w:val="1"/>
        <w:jc w:val="right"/>
      </w:pPr>
      <w:r>
        <w:rPr>
          <w:rFonts w:cs="Arial" w:ascii="Arial" w:hAnsi="Arial"/>
          <w:b/>
          <w:color w:val="1F3B5A"/>
          <w:sz w:val="25"/>
          <w:rtl w:val="1"/>
          <w:bCs/>
          <w:szCs w:val="25"/>
        </w:rPr>
        <w:t>תחזית לטווח ארוך + מושג</w:t>
      </w:r>
    </w:p>
    <w:p>
      <w:pPr>
        <w:bidi w:val="1"/>
        <w:jc w:val="right"/>
      </w:pPr>
      <w:r>
        <w:rPr>
          <w:rFonts w:cs="Arial" w:ascii="Arial" w:hAnsi="Arial"/>
          <w:color w:val="5A4632"/>
          <w:rtl w:val="1"/>
        </w:rPr>
        <w:t>מה צפוי ולמה</w:t>
      </w:r>
    </w:p>
    <w:p>
      <w:pPr>
        <w:bidi w:val="1"/>
        <w:jc w:val="right"/>
      </w:pPr>
      <w:r>
        <w:rPr>
          <w:rFonts w:cs="Arial" w:ascii="Arial" w:hAnsi="Arial"/>
          <w:color w:val="969696"/>
          <w:rtl w:val="1"/>
        </w:rPr>
        <w:t>________________________________________________________________________</w:t>
      </w:r>
    </w:p>
    <w:p>
      <w:pPr>
        <w:bidi w:val="1"/>
        <w:jc w:val="right"/>
      </w:pPr>
      <w:r>
        <w:rPr>
          <w:rFonts w:cs="Arial" w:ascii="Arial" w:hAnsi="Arial"/>
          <w:color w:val="969696"/>
          <w:rtl w:val="1"/>
        </w:rPr>
        <w:t>________________________________________________________________________</w:t>
      </w:r>
    </w:p>
    <w:p>
      <w:pPr>
        <w:bidi w:val="1"/>
        <w:jc w:val="right"/>
      </w:pPr>
      <w:r>
        <w:rPr>
          <w:rFonts w:cs="Arial" w:ascii="Arial" w:hAnsi="Arial"/>
          <w:color w:val="969696"/>
          <w:rtl w:val="1"/>
        </w:rPr>
        <w:t>________________________________________________________________________</w:t>
      </w:r>
    </w:p>
    <w:p>
      <w:pPr>
        <w:pStyle w:val="Heading2"/>
        <w:bidi w:val="1"/>
        <w:jc w:val="right"/>
      </w:pPr>
      <w:r>
        <w:rPr>
          <w:rFonts w:cs="Arial" w:ascii="Arial" w:hAnsi="Arial"/>
          <w:b/>
          <w:color w:val="1F3B5A"/>
          <w:sz w:val="28"/>
          <w:rtl w:val="1"/>
          <w:bCs/>
          <w:szCs w:val="28"/>
        </w:rPr>
        <w:t>📌 מודעות קטנות מעולם היצירה</w:t>
      </w:r>
    </w:p>
    <w:p>
      <w:pPr>
        <w:bidi w:val="1"/>
        <w:jc w:val="right"/>
      </w:pPr>
      <w:r>
        <w:rPr>
          <w:rFonts w:cs="Arial" w:ascii="Arial" w:hAnsi="Arial"/>
          <w:color w:val="5A4632"/>
          <w:rtl w:val="1"/>
        </w:rPr>
        <w:t>עמוד של מודעות קצרות – דרושים, למכירה, אבדות ומציאות, דירה להשכרה, שירותים – שנכתבו בידי דמויות. כל מודעה קטנה חושפת משהו גדול על הדמות או על הסמל.</w:t>
      </w:r>
    </w:p>
    <w:p>
      <w:pPr>
        <w:bidi w:val="1"/>
        <w:jc w:val="right"/>
      </w:pPr>
      <w:r>
        <w:rPr>
          <w:rFonts w:cs="Arial" w:ascii="Arial" w:hAnsi="Arial"/>
          <w:b/>
          <w:rtl w:val="1"/>
          <w:bCs/>
        </w:rPr>
        <w:t>פתיחים:</w:t>
      </w:r>
    </w:p>
    <w:p>
      <w:pPr>
        <w:bidi w:val="1"/>
        <w:jc w:val="right"/>
      </w:pPr>
      <w:r>
        <w:rPr>
          <w:rFonts w:cs="Arial" w:ascii="Arial" w:hAnsi="Arial"/>
          <w:rtl w:val="1"/>
        </w:rPr>
        <w:t>‏◯ דרוש/ה בדחיפות: …</w:t>
      </w:r>
    </w:p>
    <w:p>
      <w:pPr>
        <w:bidi w:val="1"/>
        <w:jc w:val="right"/>
      </w:pPr>
      <w:r>
        <w:rPr>
          <w:rFonts w:cs="Arial" w:ascii="Arial" w:hAnsi="Arial"/>
          <w:rtl w:val="1"/>
        </w:rPr>
        <w:t>‏◯ אבד: … הנמצא/ת מתבקש/ת לפנות ל…</w:t>
      </w:r>
    </w:p>
    <w:p>
      <w:pPr>
        <w:bidi w:val="1"/>
        <w:jc w:val="right"/>
      </w:pPr>
      <w:r>
        <w:rPr>
          <w:rFonts w:cs="Arial" w:ascii="Arial" w:hAnsi="Arial"/>
          <w:rtl w:val="1"/>
        </w:rPr>
        <w:t>‏◯ למכירה במצב טוב: …</w:t>
      </w:r>
    </w:p>
    <w:p>
      <w:pPr>
        <w:bidi w:val="1"/>
        <w:jc w:val="right"/>
      </w:pPr>
      <w:r>
        <w:rPr>
          <w:rFonts w:cs="Arial" w:ascii="Arial" w:hAnsi="Arial"/>
          <w:rtl w:val="1"/>
        </w:rPr>
        <w:t>‏◯ מחפש/ת שותף/ה ל…</w:t>
      </w:r>
    </w:p>
    <w:p>
      <w:pPr>
        <w:pStyle w:val="Heading3"/>
        <w:bidi w:val="1"/>
        <w:jc w:val="right"/>
      </w:pPr>
      <w:r>
        <w:rPr>
          <w:rFonts w:cs="Arial" w:ascii="Arial" w:hAnsi="Arial"/>
          <w:b/>
          <w:color w:val="1F3B5A"/>
          <w:sz w:val="25"/>
          <w:rtl w:val="1"/>
          <w:bCs/>
          <w:szCs w:val="25"/>
        </w:rPr>
        <w:t>כותרת העמוד</w:t>
      </w:r>
    </w:p>
    <w:p>
      <w:pPr>
        <w:bidi w:val="1"/>
        <w:jc w:val="right"/>
      </w:pPr>
      <w:r>
        <w:rPr>
          <w:rFonts w:cs="Arial" w:ascii="Arial" w:hAnsi="Arial"/>
          <w:color w:val="5A4632"/>
          <w:rtl w:val="1"/>
        </w:rPr>
        <w:t>'לוח המודעות של…'</w:t>
      </w:r>
    </w:p>
    <w:p>
      <w:pPr>
        <w:bidi w:val="1"/>
        <w:jc w:val="right"/>
      </w:pPr>
      <w:r>
        <w:rPr>
          <w:rFonts w:cs="Arial" w:ascii="Arial" w:hAnsi="Arial"/>
          <w:color w:val="969696"/>
          <w:rtl w:val="1"/>
        </w:rPr>
        <w:t>________________________________________________________________________</w:t>
      </w:r>
    </w:p>
    <w:p>
      <w:pPr>
        <w:bidi w:val="1"/>
        <w:jc w:val="right"/>
      </w:pPr>
      <w:r>
        <w:rPr>
          <w:rFonts w:cs="Arial" w:ascii="Arial" w:hAnsi="Arial"/>
          <w:color w:val="969696"/>
          <w:rtl w:val="1"/>
        </w:rPr>
        <w:t>________________________________________________________________________</w:t>
      </w:r>
    </w:p>
    <w:p>
      <w:pPr>
        <w:pStyle w:val="Heading3"/>
        <w:bidi w:val="1"/>
        <w:jc w:val="right"/>
      </w:pPr>
      <w:r>
        <w:rPr>
          <w:rFonts w:cs="Arial" w:ascii="Arial" w:hAnsi="Arial"/>
          <w:b/>
          <w:color w:val="1F3B5A"/>
          <w:sz w:val="25"/>
          <w:rtl w:val="1"/>
          <w:bCs/>
          <w:szCs w:val="25"/>
        </w:rPr>
        <w:t>מודעות אבדות ומציאות</w:t>
      </w:r>
    </w:p>
    <w:p>
      <w:pPr>
        <w:bidi w:val="1"/>
        <w:jc w:val="right"/>
      </w:pPr>
      <w:r>
        <w:rPr>
          <w:rFonts w:cs="Arial" w:ascii="Arial" w:hAnsi="Arial"/>
          <w:color w:val="5A4632"/>
          <w:rtl w:val="1"/>
        </w:rPr>
        <w:t>2 מודעות + שם היצירה</w:t>
      </w:r>
    </w:p>
    <w:p>
      <w:pPr>
        <w:bidi w:val="1"/>
        <w:jc w:val="right"/>
      </w:pPr>
      <w:r>
        <w:rPr>
          <w:rFonts w:cs="Arial" w:ascii="Arial" w:hAnsi="Arial"/>
          <w:color w:val="969696"/>
          <w:rtl w:val="1"/>
        </w:rPr>
        <w:t>________________________________________________________________________</w:t>
      </w:r>
    </w:p>
    <w:p>
      <w:pPr>
        <w:bidi w:val="1"/>
        <w:jc w:val="right"/>
      </w:pPr>
      <w:r>
        <w:rPr>
          <w:rFonts w:cs="Arial" w:ascii="Arial" w:hAnsi="Arial"/>
          <w:color w:val="969696"/>
          <w:rtl w:val="1"/>
        </w:rPr>
        <w:t>________________________________________________________________________</w:t>
      </w:r>
    </w:p>
    <w:p>
      <w:pPr>
        <w:bidi w:val="1"/>
        <w:jc w:val="right"/>
      </w:pPr>
      <w:r>
        <w:rPr>
          <w:rFonts w:cs="Arial" w:ascii="Arial" w:hAnsi="Arial"/>
          <w:color w:val="969696"/>
          <w:rtl w:val="1"/>
        </w:rPr>
        <w:t>________________________________________________________________________</w:t>
      </w:r>
    </w:p>
    <w:p>
      <w:pPr>
        <w:bidi w:val="1"/>
        <w:jc w:val="right"/>
      </w:pPr>
      <w:r>
        <w:rPr>
          <w:rFonts w:cs="Arial" w:ascii="Arial" w:hAnsi="Arial"/>
          <w:color w:val="969696"/>
          <w:rtl w:val="1"/>
        </w:rPr>
        <w:t>________________________________________________________________________</w:t>
      </w:r>
    </w:p>
    <w:p>
      <w:pPr>
        <w:pStyle w:val="Heading3"/>
        <w:bidi w:val="1"/>
        <w:jc w:val="right"/>
      </w:pPr>
      <w:r>
        <w:rPr>
          <w:rFonts w:cs="Arial" w:ascii="Arial" w:hAnsi="Arial"/>
          <w:b/>
          <w:color w:val="1F3B5A"/>
          <w:sz w:val="25"/>
          <w:rtl w:val="1"/>
          <w:bCs/>
          <w:szCs w:val="25"/>
        </w:rPr>
        <w:t>מודעות דרושים</w:t>
      </w:r>
    </w:p>
    <w:p>
      <w:pPr>
        <w:bidi w:val="1"/>
        <w:jc w:val="right"/>
      </w:pPr>
      <w:r>
        <w:rPr>
          <w:rFonts w:cs="Arial" w:ascii="Arial" w:hAnsi="Arial"/>
          <w:color w:val="5A4632"/>
          <w:rtl w:val="1"/>
        </w:rPr>
        <w:t>2 מודעות</w:t>
      </w:r>
    </w:p>
    <w:p>
      <w:pPr>
        <w:bidi w:val="1"/>
        <w:jc w:val="right"/>
      </w:pPr>
      <w:r>
        <w:rPr>
          <w:rFonts w:cs="Arial" w:ascii="Arial" w:hAnsi="Arial"/>
          <w:color w:val="969696"/>
          <w:rtl w:val="1"/>
        </w:rPr>
        <w:t>________________________________________________________________________</w:t>
      </w:r>
    </w:p>
    <w:p>
      <w:pPr>
        <w:bidi w:val="1"/>
        <w:jc w:val="right"/>
      </w:pPr>
      <w:r>
        <w:rPr>
          <w:rFonts w:cs="Arial" w:ascii="Arial" w:hAnsi="Arial"/>
          <w:color w:val="969696"/>
          <w:rtl w:val="1"/>
        </w:rPr>
        <w:t>________________________________________________________________________</w:t>
      </w:r>
    </w:p>
    <w:p>
      <w:pPr>
        <w:bidi w:val="1"/>
        <w:jc w:val="right"/>
      </w:pPr>
      <w:r>
        <w:rPr>
          <w:rFonts w:cs="Arial" w:ascii="Arial" w:hAnsi="Arial"/>
          <w:color w:val="969696"/>
          <w:rtl w:val="1"/>
        </w:rPr>
        <w:t>________________________________________________________________________</w:t>
      </w:r>
    </w:p>
    <w:p>
      <w:pPr>
        <w:bidi w:val="1"/>
        <w:jc w:val="right"/>
      </w:pPr>
      <w:r>
        <w:rPr>
          <w:rFonts w:cs="Arial" w:ascii="Arial" w:hAnsi="Arial"/>
          <w:color w:val="969696"/>
          <w:rtl w:val="1"/>
        </w:rPr>
        <w:t>________________________________________________________________________</w:t>
      </w:r>
    </w:p>
    <w:p>
      <w:pPr>
        <w:pStyle w:val="Heading3"/>
        <w:bidi w:val="1"/>
        <w:jc w:val="right"/>
      </w:pPr>
      <w:r>
        <w:rPr>
          <w:rFonts w:cs="Arial" w:ascii="Arial" w:hAnsi="Arial"/>
          <w:b/>
          <w:color w:val="1F3B5A"/>
          <w:sz w:val="25"/>
          <w:rtl w:val="1"/>
          <w:bCs/>
          <w:szCs w:val="25"/>
        </w:rPr>
        <w:t>מודעות למכירה/להשכרה</w:t>
      </w:r>
    </w:p>
    <w:p>
      <w:pPr>
        <w:bidi w:val="1"/>
        <w:jc w:val="right"/>
      </w:pPr>
      <w:r>
        <w:rPr>
          <w:rFonts w:cs="Arial" w:ascii="Arial" w:hAnsi="Arial"/>
          <w:color w:val="5A4632"/>
          <w:rtl w:val="1"/>
        </w:rPr>
        <w:t>2 מודעות</w:t>
      </w:r>
    </w:p>
    <w:p>
      <w:pPr>
        <w:bidi w:val="1"/>
        <w:jc w:val="right"/>
      </w:pPr>
      <w:r>
        <w:rPr>
          <w:rFonts w:cs="Arial" w:ascii="Arial" w:hAnsi="Arial"/>
          <w:color w:val="969696"/>
          <w:rtl w:val="1"/>
        </w:rPr>
        <w:t>________________________________________________________________________</w:t>
      </w:r>
    </w:p>
    <w:p>
      <w:pPr>
        <w:bidi w:val="1"/>
        <w:jc w:val="right"/>
      </w:pPr>
      <w:r>
        <w:rPr>
          <w:rFonts w:cs="Arial" w:ascii="Arial" w:hAnsi="Arial"/>
          <w:color w:val="969696"/>
          <w:rtl w:val="1"/>
        </w:rPr>
        <w:t>________________________________________________________________________</w:t>
      </w:r>
    </w:p>
    <w:p>
      <w:pPr>
        <w:bidi w:val="1"/>
        <w:jc w:val="right"/>
      </w:pPr>
      <w:r>
        <w:rPr>
          <w:rFonts w:cs="Arial" w:ascii="Arial" w:hAnsi="Arial"/>
          <w:color w:val="969696"/>
          <w:rtl w:val="1"/>
        </w:rPr>
        <w:t>________________________________________________________________________</w:t>
      </w:r>
    </w:p>
    <w:p>
      <w:pPr>
        <w:bidi w:val="1"/>
        <w:jc w:val="right"/>
      </w:pPr>
      <w:r>
        <w:rPr>
          <w:rFonts w:cs="Arial" w:ascii="Arial" w:hAnsi="Arial"/>
          <w:color w:val="969696"/>
          <w:rtl w:val="1"/>
        </w:rPr>
        <w:t>________________________________________________________________________</w:t>
      </w:r>
    </w:p>
    <w:p>
      <w:pPr>
        <w:pStyle w:val="Heading3"/>
        <w:bidi w:val="1"/>
        <w:jc w:val="right"/>
      </w:pPr>
      <w:r>
        <w:rPr>
          <w:rFonts w:cs="Arial" w:ascii="Arial" w:hAnsi="Arial"/>
          <w:b/>
          <w:color w:val="1F3B5A"/>
          <w:sz w:val="25"/>
          <w:rtl w:val="1"/>
          <w:bCs/>
          <w:szCs w:val="25"/>
        </w:rPr>
        <w:t>מודעה חופשית</w:t>
      </w:r>
    </w:p>
    <w:p>
      <w:pPr>
        <w:bidi w:val="1"/>
        <w:jc w:val="right"/>
      </w:pPr>
      <w:r>
        <w:rPr>
          <w:rFonts w:cs="Arial" w:ascii="Arial" w:hAnsi="Arial"/>
          <w:color w:val="5A4632"/>
          <w:rtl w:val="1"/>
        </w:rPr>
        <w:t>מודעה אחת מפתיעה</w:t>
      </w:r>
    </w:p>
    <w:p>
      <w:pPr>
        <w:bidi w:val="1"/>
        <w:jc w:val="right"/>
      </w:pPr>
      <w:r>
        <w:rPr>
          <w:rFonts w:cs="Arial" w:ascii="Arial" w:hAnsi="Arial"/>
          <w:color w:val="969696"/>
          <w:rtl w:val="1"/>
        </w:rPr>
        <w:t>________________________________________________________________________</w:t>
      </w:r>
    </w:p>
    <w:p>
      <w:pPr>
        <w:bidi w:val="1"/>
        <w:jc w:val="right"/>
      </w:pPr>
      <w:r>
        <w:rPr>
          <w:rFonts w:cs="Arial" w:ascii="Arial" w:hAnsi="Arial"/>
          <w:color w:val="969696"/>
          <w:rtl w:val="1"/>
        </w:rPr>
        <w:t>________________________________________________________________________</w:t>
      </w:r>
    </w:p>
    <w:p>
      <w:pPr>
        <w:pStyle w:val="Heading3"/>
        <w:bidi w:val="1"/>
        <w:jc w:val="right"/>
      </w:pPr>
      <w:r>
        <w:rPr>
          <w:rFonts w:cs="Arial" w:ascii="Arial" w:hAnsi="Arial"/>
          <w:b/>
          <w:color w:val="1F3B5A"/>
          <w:sz w:val="25"/>
          <w:rtl w:val="1"/>
          <w:bCs/>
          <w:szCs w:val="25"/>
        </w:rPr>
        <w:t>הערת העורכים</w:t>
      </w:r>
    </w:p>
    <w:p>
      <w:pPr>
        <w:bidi w:val="1"/>
        <w:jc w:val="right"/>
      </w:pPr>
      <w:r>
        <w:rPr>
          <w:rFonts w:cs="Arial" w:ascii="Arial" w:hAnsi="Arial"/>
          <w:color w:val="5A4632"/>
          <w:rtl w:val="1"/>
        </w:rPr>
        <w:t>הקשר לנושא + מושג ספרותי</w:t>
      </w:r>
    </w:p>
    <w:p>
      <w:pPr>
        <w:bidi w:val="1"/>
        <w:jc w:val="right"/>
      </w:pPr>
      <w:r>
        <w:rPr>
          <w:rFonts w:cs="Arial" w:ascii="Arial" w:hAnsi="Arial"/>
          <w:color w:val="969696"/>
          <w:rtl w:val="1"/>
        </w:rPr>
        <w:t>________________________________________________________________________</w:t>
      </w:r>
    </w:p>
    <w:p>
      <w:pPr>
        <w:bidi w:val="1"/>
        <w:jc w:val="right"/>
      </w:pPr>
      <w:r>
        <w:rPr>
          <w:rFonts w:cs="Arial" w:ascii="Arial" w:hAnsi="Arial"/>
          <w:color w:val="969696"/>
          <w:rtl w:val="1"/>
        </w:rPr>
        <w:t>________________________________________________________________________</w:t>
      </w:r>
    </w:p>
    <w:p>
      <w:pPr>
        <w:bidi w:val="1"/>
        <w:jc w:val="right"/>
      </w:pPr>
      <w:r>
        <w:rPr>
          <w:rFonts w:cs="Arial" w:ascii="Arial" w:hAnsi="Arial"/>
          <w:color w:val="969696"/>
          <w:rtl w:val="1"/>
        </w:rPr>
        <w:t>________________________________________________________________________</w:t>
      </w:r>
    </w:p>
    <w:p>
      <w:pPr>
        <w:pStyle w:val="Heading2"/>
        <w:bidi w:val="1"/>
        <w:jc w:val="right"/>
      </w:pPr>
      <w:r>
        <w:rPr>
          <w:rFonts w:cs="Arial" w:ascii="Arial" w:hAnsi="Arial"/>
          <w:b/>
          <w:color w:val="1F3B5A"/>
          <w:sz w:val="28"/>
          <w:rtl w:val="1"/>
          <w:bCs/>
          <w:szCs w:val="28"/>
        </w:rPr>
        <w:t>⭐ מדור המלצות</w:t>
      </w:r>
    </w:p>
    <w:p>
      <w:pPr>
        <w:bidi w:val="1"/>
        <w:jc w:val="right"/>
      </w:pPr>
      <w:r>
        <w:rPr>
          <w:rFonts w:cs="Arial" w:ascii="Arial" w:hAnsi="Arial"/>
          <w:color w:val="5A4632"/>
          <w:rtl w:val="1"/>
        </w:rPr>
        <w:t>מדור ביקורת והמלצה: הכותב/ת ממליץ/ה לקוראים על יצירה (או על חוויה הקשורה בה) ומדרג/ת אותה, עם נימוק ספרותי. אפשר גם להמליץ 'מתוך העולם' – למשל דמות ממליצה על מקום ביצירה.</w:t>
      </w:r>
    </w:p>
    <w:p>
      <w:pPr>
        <w:bidi w:val="1"/>
        <w:jc w:val="right"/>
      </w:pPr>
      <w:r>
        <w:rPr>
          <w:rFonts w:cs="Arial" w:ascii="Arial" w:hAnsi="Arial"/>
          <w:b/>
          <w:rtl w:val="1"/>
          <w:bCs/>
        </w:rPr>
        <w:t>פתיחים:</w:t>
      </w:r>
    </w:p>
    <w:p>
      <w:pPr>
        <w:bidi w:val="1"/>
        <w:jc w:val="right"/>
      </w:pPr>
      <w:r>
        <w:rPr>
          <w:rFonts w:cs="Arial" w:ascii="Arial" w:hAnsi="Arial"/>
          <w:rtl w:val="1"/>
        </w:rPr>
        <w:t>‏◯ אם יש לכם רבע שעה ולב פתוח – …</w:t>
      </w:r>
    </w:p>
    <w:p>
      <w:pPr>
        <w:bidi w:val="1"/>
        <w:jc w:val="right"/>
      </w:pPr>
      <w:r>
        <w:rPr>
          <w:rFonts w:cs="Arial" w:ascii="Arial" w:hAnsi="Arial"/>
          <w:rtl w:val="1"/>
        </w:rPr>
        <w:t>‏◯ הסיבה שאני ממליץ/ה דווקא עכשיו:</w:t>
      </w:r>
    </w:p>
    <w:p>
      <w:pPr>
        <w:bidi w:val="1"/>
        <w:jc w:val="right"/>
      </w:pPr>
      <w:r>
        <w:rPr>
          <w:rFonts w:cs="Arial" w:ascii="Arial" w:hAnsi="Arial"/>
          <w:rtl w:val="1"/>
        </w:rPr>
        <w:t>‏◯ הרגע שלא יוצא לי מהראש הוא…</w:t>
      </w:r>
    </w:p>
    <w:p>
      <w:pPr>
        <w:bidi w:val="1"/>
        <w:jc w:val="right"/>
      </w:pPr>
      <w:r>
        <w:rPr>
          <w:rFonts w:cs="Arial" w:ascii="Arial" w:hAnsi="Arial"/>
          <w:rtl w:val="1"/>
        </w:rPr>
        <w:t>‏◯ מה שהופך את זה לחזק כל כך הוא…</w:t>
      </w:r>
    </w:p>
    <w:p>
      <w:pPr>
        <w:pStyle w:val="Heading3"/>
        <w:bidi w:val="1"/>
        <w:jc w:val="right"/>
      </w:pPr>
      <w:r>
        <w:rPr>
          <w:rFonts w:cs="Arial" w:ascii="Arial" w:hAnsi="Arial"/>
          <w:b/>
          <w:color w:val="1F3B5A"/>
          <w:sz w:val="25"/>
          <w:rtl w:val="1"/>
          <w:bCs/>
          <w:szCs w:val="25"/>
        </w:rPr>
        <w:t>כותרת ודירוג</w:t>
      </w:r>
    </w:p>
    <w:p>
      <w:pPr>
        <w:bidi w:val="1"/>
        <w:jc w:val="right"/>
      </w:pPr>
      <w:r>
        <w:rPr>
          <w:rFonts w:cs="Arial" w:ascii="Arial" w:hAnsi="Arial"/>
          <w:color w:val="5A4632"/>
          <w:rtl w:val="1"/>
        </w:rPr>
        <w:t>שם ההמלצה + כוכבים</w:t>
      </w:r>
    </w:p>
    <w:p>
      <w:pPr>
        <w:bidi w:val="1"/>
        <w:jc w:val="right"/>
      </w:pPr>
      <w:r>
        <w:rPr>
          <w:rFonts w:cs="Arial" w:ascii="Arial" w:hAnsi="Arial"/>
          <w:color w:val="969696"/>
          <w:rtl w:val="1"/>
        </w:rPr>
        <w:t>________________________________________________________________________</w:t>
      </w:r>
    </w:p>
    <w:p>
      <w:pPr>
        <w:bidi w:val="1"/>
        <w:jc w:val="right"/>
      </w:pPr>
      <w:r>
        <w:rPr>
          <w:rFonts w:cs="Arial" w:ascii="Arial" w:hAnsi="Arial"/>
          <w:color w:val="969696"/>
          <w:rtl w:val="1"/>
        </w:rPr>
        <w:t>________________________________________________________________________</w:t>
      </w:r>
    </w:p>
    <w:p>
      <w:pPr>
        <w:pStyle w:val="Heading3"/>
        <w:bidi w:val="1"/>
        <w:jc w:val="right"/>
      </w:pPr>
      <w:r>
        <w:rPr>
          <w:rFonts w:cs="Arial" w:ascii="Arial" w:hAnsi="Arial"/>
          <w:b/>
          <w:color w:val="1F3B5A"/>
          <w:sz w:val="25"/>
          <w:rtl w:val="1"/>
          <w:bCs/>
          <w:szCs w:val="25"/>
        </w:rPr>
        <w:t>למי ולמה עכשיו</w:t>
      </w:r>
    </w:p>
    <w:p>
      <w:pPr>
        <w:bidi w:val="1"/>
        <w:jc w:val="right"/>
      </w:pPr>
      <w:r>
        <w:rPr>
          <w:rFonts w:cs="Arial" w:ascii="Arial" w:hAnsi="Arial"/>
          <w:color w:val="5A4632"/>
          <w:rtl w:val="1"/>
        </w:rPr>
        <w:t>פתיחה אישית</w:t>
      </w:r>
    </w:p>
    <w:p>
      <w:pPr>
        <w:bidi w:val="1"/>
        <w:jc w:val="right"/>
      </w:pPr>
      <w:r>
        <w:rPr>
          <w:rFonts w:cs="Arial" w:ascii="Arial" w:hAnsi="Arial"/>
          <w:color w:val="969696"/>
          <w:rtl w:val="1"/>
        </w:rPr>
        <w:t>________________________________________________________________________</w:t>
      </w:r>
    </w:p>
    <w:p>
      <w:pPr>
        <w:bidi w:val="1"/>
        <w:jc w:val="right"/>
      </w:pPr>
      <w:r>
        <w:rPr>
          <w:rFonts w:cs="Arial" w:ascii="Arial" w:hAnsi="Arial"/>
          <w:color w:val="969696"/>
          <w:rtl w:val="1"/>
        </w:rPr>
        <w:t>________________________________________________________________________</w:t>
      </w:r>
    </w:p>
    <w:p>
      <w:pPr>
        <w:bidi w:val="1"/>
        <w:jc w:val="right"/>
      </w:pPr>
      <w:r>
        <w:rPr>
          <w:rFonts w:cs="Arial" w:ascii="Arial" w:hAnsi="Arial"/>
          <w:color w:val="969696"/>
          <w:rtl w:val="1"/>
        </w:rPr>
        <w:t>________________________________________________________________________</w:t>
      </w:r>
    </w:p>
    <w:p>
      <w:pPr>
        <w:pStyle w:val="Heading3"/>
        <w:bidi w:val="1"/>
        <w:jc w:val="right"/>
      </w:pPr>
      <w:r>
        <w:rPr>
          <w:rFonts w:cs="Arial" w:ascii="Arial" w:hAnsi="Arial"/>
          <w:b/>
          <w:color w:val="1F3B5A"/>
          <w:sz w:val="25"/>
          <w:rtl w:val="1"/>
          <w:bCs/>
          <w:szCs w:val="25"/>
        </w:rPr>
        <w:t>הרגע המיוחד</w:t>
      </w:r>
    </w:p>
    <w:p>
      <w:pPr>
        <w:bidi w:val="1"/>
        <w:jc w:val="right"/>
      </w:pPr>
      <w:r>
        <w:rPr>
          <w:rFonts w:cs="Arial" w:ascii="Arial" w:hAnsi="Arial"/>
          <w:color w:val="5A4632"/>
          <w:rtl w:val="1"/>
        </w:rPr>
        <w:t>תמונה/שורה/סצנה + מקור</w:t>
      </w:r>
    </w:p>
    <w:p>
      <w:pPr>
        <w:bidi w:val="1"/>
        <w:jc w:val="right"/>
      </w:pPr>
      <w:r>
        <w:rPr>
          <w:rFonts w:cs="Arial" w:ascii="Arial" w:hAnsi="Arial"/>
          <w:color w:val="969696"/>
          <w:rtl w:val="1"/>
        </w:rPr>
        <w:t>________________________________________________________________________</w:t>
      </w:r>
    </w:p>
    <w:p>
      <w:pPr>
        <w:bidi w:val="1"/>
        <w:jc w:val="right"/>
      </w:pPr>
      <w:r>
        <w:rPr>
          <w:rFonts w:cs="Arial" w:ascii="Arial" w:hAnsi="Arial"/>
          <w:color w:val="969696"/>
          <w:rtl w:val="1"/>
        </w:rPr>
        <w:t>________________________________________________________________________</w:t>
      </w:r>
    </w:p>
    <w:p>
      <w:pPr>
        <w:bidi w:val="1"/>
        <w:jc w:val="right"/>
      </w:pPr>
      <w:r>
        <w:rPr>
          <w:rFonts w:cs="Arial" w:ascii="Arial" w:hAnsi="Arial"/>
          <w:color w:val="969696"/>
          <w:rtl w:val="1"/>
        </w:rPr>
        <w:t>________________________________________________________________________</w:t>
      </w:r>
    </w:p>
    <w:p>
      <w:pPr>
        <w:bidi w:val="1"/>
        <w:jc w:val="right"/>
      </w:pPr>
      <w:r>
        <w:rPr>
          <w:rFonts w:cs="Arial" w:ascii="Arial" w:hAnsi="Arial"/>
          <w:color w:val="969696"/>
          <w:rtl w:val="1"/>
        </w:rPr>
        <w:t>________________________________________________________________________</w:t>
      </w:r>
    </w:p>
    <w:p>
      <w:pPr>
        <w:pStyle w:val="Heading3"/>
        <w:bidi w:val="1"/>
        <w:jc w:val="right"/>
      </w:pPr>
      <w:r>
        <w:rPr>
          <w:rFonts w:cs="Arial" w:ascii="Arial" w:hAnsi="Arial"/>
          <w:b/>
          <w:color w:val="1F3B5A"/>
          <w:sz w:val="25"/>
          <w:rtl w:val="1"/>
          <w:bCs/>
          <w:szCs w:val="25"/>
        </w:rPr>
        <w:t>למה זה עובד</w:t>
      </w:r>
    </w:p>
    <w:p>
      <w:pPr>
        <w:bidi w:val="1"/>
        <w:jc w:val="right"/>
      </w:pPr>
      <w:r>
        <w:rPr>
          <w:rFonts w:cs="Arial" w:ascii="Arial" w:hAnsi="Arial"/>
          <w:color w:val="5A4632"/>
          <w:rtl w:val="1"/>
        </w:rPr>
        <w:t>מושג ספרותי והסבר</w:t>
      </w:r>
    </w:p>
    <w:p>
      <w:pPr>
        <w:bidi w:val="1"/>
        <w:jc w:val="right"/>
      </w:pPr>
      <w:r>
        <w:rPr>
          <w:rFonts w:cs="Arial" w:ascii="Arial" w:hAnsi="Arial"/>
          <w:color w:val="969696"/>
          <w:rtl w:val="1"/>
        </w:rPr>
        <w:t>________________________________________________________________________</w:t>
      </w:r>
    </w:p>
    <w:p>
      <w:pPr>
        <w:bidi w:val="1"/>
        <w:jc w:val="right"/>
      </w:pPr>
      <w:r>
        <w:rPr>
          <w:rFonts w:cs="Arial" w:ascii="Arial" w:hAnsi="Arial"/>
          <w:color w:val="969696"/>
          <w:rtl w:val="1"/>
        </w:rPr>
        <w:t>________________________________________________________________________</w:t>
      </w:r>
    </w:p>
    <w:p>
      <w:pPr>
        <w:bidi w:val="1"/>
        <w:jc w:val="right"/>
      </w:pPr>
      <w:r>
        <w:rPr>
          <w:rFonts w:cs="Arial" w:ascii="Arial" w:hAnsi="Arial"/>
          <w:color w:val="969696"/>
          <w:rtl w:val="1"/>
        </w:rPr>
        <w:t>________________________________________________________________________</w:t>
      </w:r>
    </w:p>
    <w:p>
      <w:pPr>
        <w:bidi w:val="1"/>
        <w:jc w:val="right"/>
      </w:pPr>
      <w:r>
        <w:rPr>
          <w:rFonts w:cs="Arial" w:ascii="Arial" w:hAnsi="Arial"/>
          <w:color w:val="969696"/>
          <w:rtl w:val="1"/>
        </w:rPr>
        <w:t>________________________________________________________________________</w:t>
      </w:r>
    </w:p>
    <w:p>
      <w:pPr>
        <w:pStyle w:val="Heading3"/>
        <w:bidi w:val="1"/>
        <w:jc w:val="right"/>
      </w:pPr>
      <w:r>
        <w:rPr>
          <w:rFonts w:cs="Arial" w:ascii="Arial" w:hAnsi="Arial"/>
          <w:b/>
          <w:color w:val="1F3B5A"/>
          <w:sz w:val="25"/>
          <w:rtl w:val="1"/>
          <w:bCs/>
          <w:szCs w:val="25"/>
        </w:rPr>
        <w:t>השוואה</w:t>
      </w:r>
    </w:p>
    <w:p>
      <w:pPr>
        <w:bidi w:val="1"/>
        <w:jc w:val="right"/>
      </w:pPr>
      <w:r>
        <w:rPr>
          <w:rFonts w:cs="Arial" w:ascii="Arial" w:hAnsi="Arial"/>
          <w:color w:val="5A4632"/>
          <w:rtl w:val="1"/>
        </w:rPr>
        <w:t>יצירה נוספת שלמדנו</w:t>
      </w:r>
    </w:p>
    <w:p>
      <w:pPr>
        <w:bidi w:val="1"/>
        <w:jc w:val="right"/>
      </w:pPr>
      <w:r>
        <w:rPr>
          <w:rFonts w:cs="Arial" w:ascii="Arial" w:hAnsi="Arial"/>
          <w:color w:val="969696"/>
          <w:rtl w:val="1"/>
        </w:rPr>
        <w:t>________________________________________________________________________</w:t>
      </w:r>
    </w:p>
    <w:p>
      <w:pPr>
        <w:bidi w:val="1"/>
        <w:jc w:val="right"/>
      </w:pPr>
      <w:r>
        <w:rPr>
          <w:rFonts w:cs="Arial" w:ascii="Arial" w:hAnsi="Arial"/>
          <w:color w:val="969696"/>
          <w:rtl w:val="1"/>
        </w:rPr>
        <w:t>________________________________________________________________________</w:t>
      </w:r>
    </w:p>
    <w:p>
      <w:pPr>
        <w:bidi w:val="1"/>
        <w:jc w:val="right"/>
      </w:pPr>
      <w:r>
        <w:rPr>
          <w:rFonts w:cs="Arial" w:ascii="Arial" w:hAnsi="Arial"/>
          <w:color w:val="969696"/>
          <w:rtl w:val="1"/>
        </w:rPr>
        <w:t>________________________________________________________________________</w:t>
      </w:r>
    </w:p>
    <w:p>
      <w:pPr>
        <w:pStyle w:val="Heading3"/>
        <w:bidi w:val="1"/>
        <w:jc w:val="right"/>
      </w:pPr>
      <w:r>
        <w:rPr>
          <w:rFonts w:cs="Arial" w:ascii="Arial" w:hAnsi="Arial"/>
          <w:b/>
          <w:color w:val="1F3B5A"/>
          <w:sz w:val="25"/>
          <w:rtl w:val="1"/>
          <w:bCs/>
          <w:szCs w:val="25"/>
        </w:rPr>
        <w:t>הסתייגות וסיכום</w:t>
      </w:r>
    </w:p>
    <w:p>
      <w:pPr>
        <w:bidi w:val="1"/>
        <w:jc w:val="right"/>
      </w:pPr>
      <w:r>
        <w:rPr>
          <w:rFonts w:cs="Arial" w:ascii="Arial" w:hAnsi="Arial"/>
          <w:color w:val="5A4632"/>
          <w:rtl w:val="1"/>
        </w:rPr>
        <w:t>למי זה מתאים</w:t>
      </w:r>
    </w:p>
    <w:p>
      <w:pPr>
        <w:bidi w:val="1"/>
        <w:jc w:val="right"/>
      </w:pPr>
      <w:r>
        <w:rPr>
          <w:rFonts w:cs="Arial" w:ascii="Arial" w:hAnsi="Arial"/>
          <w:color w:val="969696"/>
          <w:rtl w:val="1"/>
        </w:rPr>
        <w:t>________________________________________________________________________</w:t>
      </w:r>
    </w:p>
    <w:p>
      <w:pPr>
        <w:bidi w:val="1"/>
        <w:jc w:val="right"/>
      </w:pPr>
      <w:r>
        <w:rPr>
          <w:rFonts w:cs="Arial" w:ascii="Arial" w:hAnsi="Arial"/>
          <w:color w:val="969696"/>
          <w:rtl w:val="1"/>
        </w:rPr>
        <w:t>________________________________________________________________________</w:t>
      </w:r>
    </w:p>
    <w:p>
      <w:pPr>
        <w:bidi w:val="1"/>
        <w:jc w:val="right"/>
      </w:pPr>
      <w:r>
        <w:rPr>
          <w:rFonts w:cs="Arial" w:ascii="Arial" w:hAnsi="Arial"/>
          <w:color w:val="969696"/>
          <w:rtl w:val="1"/>
        </w:rPr>
        <w:t>________________________________________________________________________</w:t>
      </w:r>
    </w:p>
    <w:p>
      <w:pPr>
        <w:pStyle w:val="Heading1"/>
        <w:bidi w:val="1"/>
        <w:jc w:val="right"/>
      </w:pPr>
      <w:r>
        <w:rPr>
          <w:rFonts w:cs="Arial" w:ascii="Arial" w:hAnsi="Arial"/>
          <w:b/>
          <w:color w:val="7B1E2B"/>
          <w:sz w:val="34"/>
          <w:rtl w:val="1"/>
          <w:bCs/>
          <w:szCs w:val="34"/>
        </w:rPr>
        <w:t>חלק ג׳ – דבר העורכים (שיתופי)</w:t>
      </w:r>
    </w:p>
    <w:p>
      <w:pPr>
        <w:bidi w:val="1"/>
        <w:jc w:val="right"/>
      </w:pPr>
      <w:r>
        <w:rPr>
          <w:rFonts w:cs="Arial" w:ascii="Arial" w:hAnsi="Arial"/>
          <w:color w:val="5A4632"/>
          <w:rtl w:val="1"/>
        </w:rPr>
        <w:t>כ־200–400 מילים · כותרת שמחברת את כל הכתבות · תובנה מוסכמת · נקודות מחלוקת · השלכות · מושג אחד.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5046"/>
        <w:gridCol w:w="5046"/>
      </w:tblGrid>
      <w:tr>
        <w:tc>
          <w:tcPr>
            <w:tcW w:type="dxa" w:w="5046"/>
          </w:tcPr>
          <w:p>
            <w:pPr>
              <w:bidi w:val="1"/>
              <w:jc w:val="right"/>
            </w:pPr>
            <w:r>
              <w:rPr>
                <w:rFonts w:cs="Arial" w:ascii="Arial" w:hAnsi="Arial"/>
                <w:b/>
                <w:rtl w:val="1"/>
                <w:bCs/>
              </w:rPr>
              <w:t>שלב בדיון</w:t>
            </w:r>
          </w:p>
        </w:tc>
        <w:tc>
          <w:tcPr>
            <w:tcW w:type="dxa" w:w="5046"/>
          </w:tcPr>
          <w:p>
            <w:pPr>
              <w:bidi w:val="1"/>
              <w:jc w:val="right"/>
            </w:pPr>
            <w:r>
              <w:rPr>
                <w:rFonts w:cs="Arial" w:ascii="Arial" w:hAnsi="Arial"/>
                <w:b/>
                <w:rtl w:val="1"/>
                <w:bCs/>
              </w:rPr>
              <w:t>מה עשינו / מה הוחלט</w:t>
            </w:r>
          </w:p>
        </w:tc>
      </w:tr>
      <w:tr>
        <w:tc>
          <w:tcPr>
            <w:tcW w:type="dxa" w:w="5046"/>
          </w:tcPr>
          <w:p>
            <w:pPr>
              <w:bidi w:val="1"/>
              <w:jc w:val="right"/>
            </w:pPr>
            <w:r>
              <w:rPr>
                <w:rFonts w:cs="Arial" w:ascii="Arial" w:hAnsi="Arial"/>
                <w:rtl w:val="1"/>
              </w:rPr>
              <w:t>1. קריאה שקטה</w:t>
            </w:r>
          </w:p>
        </w:tc>
        <w:tc>
          <w:tcPr>
            <w:tcW w:type="dxa" w:w="5046"/>
          </w:tcPr>
          <w:p>
            <w:pPr>
              <w:bidi w:val="1"/>
              <w:jc w:val="right"/>
            </w:pPr>
            <w:r>
              <w:rPr>
                <w:rFonts w:cs="Arial" w:ascii="Arial" w:hAnsi="Arial"/>
                <w:rtl w:val="1"/>
              </w:rPr>
            </w:r>
          </w:p>
        </w:tc>
      </w:tr>
      <w:tr>
        <w:tc>
          <w:tcPr>
            <w:tcW w:type="dxa" w:w="5046"/>
          </w:tcPr>
          <w:p>
            <w:pPr>
              <w:bidi w:val="1"/>
              <w:jc w:val="right"/>
            </w:pPr>
            <w:r>
              <w:rPr>
                <w:rFonts w:cs="Arial" w:ascii="Arial" w:hAnsi="Arial"/>
                <w:rtl w:val="1"/>
              </w:rPr>
              <w:t>2. סבב פתיחה</w:t>
            </w:r>
          </w:p>
        </w:tc>
        <w:tc>
          <w:tcPr>
            <w:tcW w:type="dxa" w:w="5046"/>
          </w:tcPr>
          <w:p>
            <w:pPr>
              <w:bidi w:val="1"/>
              <w:jc w:val="right"/>
            </w:pPr>
            <w:r>
              <w:rPr>
                <w:rFonts w:cs="Arial" w:ascii="Arial" w:hAnsi="Arial"/>
                <w:rtl w:val="1"/>
              </w:rPr>
            </w:r>
          </w:p>
        </w:tc>
      </w:tr>
      <w:tr>
        <w:tc>
          <w:tcPr>
            <w:tcW w:type="dxa" w:w="5046"/>
          </w:tcPr>
          <w:p>
            <w:pPr>
              <w:bidi w:val="1"/>
              <w:jc w:val="right"/>
            </w:pPr>
            <w:r>
              <w:rPr>
                <w:rFonts w:cs="Arial" w:ascii="Arial" w:hAnsi="Arial"/>
                <w:rtl w:val="1"/>
              </w:rPr>
              <w:t>3. חיפוש המכנה המשותף</w:t>
            </w:r>
          </w:p>
        </w:tc>
        <w:tc>
          <w:tcPr>
            <w:tcW w:type="dxa" w:w="5046"/>
          </w:tcPr>
          <w:p>
            <w:pPr>
              <w:bidi w:val="1"/>
              <w:jc w:val="right"/>
            </w:pPr>
            <w:r>
              <w:rPr>
                <w:rFonts w:cs="Arial" w:ascii="Arial" w:hAnsi="Arial"/>
                <w:rtl w:val="1"/>
              </w:rPr>
            </w:r>
          </w:p>
        </w:tc>
      </w:tr>
      <w:tr>
        <w:tc>
          <w:tcPr>
            <w:tcW w:type="dxa" w:w="5046"/>
          </w:tcPr>
          <w:p>
            <w:pPr>
              <w:bidi w:val="1"/>
              <w:jc w:val="right"/>
            </w:pPr>
            <w:r>
              <w:rPr>
                <w:rFonts w:cs="Arial" w:ascii="Arial" w:hAnsi="Arial"/>
                <w:rtl w:val="1"/>
              </w:rPr>
              <w:t>4. מיפוי מחלוקות</w:t>
            </w:r>
          </w:p>
        </w:tc>
        <w:tc>
          <w:tcPr>
            <w:tcW w:type="dxa" w:w="5046"/>
          </w:tcPr>
          <w:p>
            <w:pPr>
              <w:bidi w:val="1"/>
              <w:jc w:val="right"/>
            </w:pPr>
            <w:r>
              <w:rPr>
                <w:rFonts w:cs="Arial" w:ascii="Arial" w:hAnsi="Arial"/>
                <w:rtl w:val="1"/>
              </w:rPr>
            </w:r>
          </w:p>
        </w:tc>
      </w:tr>
      <w:tr>
        <w:tc>
          <w:tcPr>
            <w:tcW w:type="dxa" w:w="5046"/>
          </w:tcPr>
          <w:p>
            <w:pPr>
              <w:bidi w:val="1"/>
              <w:jc w:val="right"/>
            </w:pPr>
            <w:r>
              <w:rPr>
                <w:rFonts w:cs="Arial" w:ascii="Arial" w:hAnsi="Arial"/>
                <w:rtl w:val="1"/>
              </w:rPr>
              <w:t>5. מה זה אומר לנו</w:t>
            </w:r>
          </w:p>
        </w:tc>
        <w:tc>
          <w:tcPr>
            <w:tcW w:type="dxa" w:w="5046"/>
          </w:tcPr>
          <w:p>
            <w:pPr>
              <w:bidi w:val="1"/>
              <w:jc w:val="right"/>
            </w:pPr>
            <w:r>
              <w:rPr>
                <w:rFonts w:cs="Arial" w:ascii="Arial" w:hAnsi="Arial"/>
                <w:rtl w:val="1"/>
              </w:rPr>
            </w:r>
          </w:p>
        </w:tc>
      </w:tr>
      <w:tr>
        <w:tc>
          <w:tcPr>
            <w:tcW w:type="dxa" w:w="5046"/>
          </w:tcPr>
          <w:p>
            <w:pPr>
              <w:bidi w:val="1"/>
              <w:jc w:val="right"/>
            </w:pPr>
            <w:r>
              <w:rPr>
                <w:rFonts w:cs="Arial" w:ascii="Arial" w:hAnsi="Arial"/>
                <w:rtl w:val="1"/>
              </w:rPr>
              <w:t>6. כתיבה ועריכה משותפת</w:t>
            </w:r>
          </w:p>
        </w:tc>
        <w:tc>
          <w:tcPr>
            <w:tcW w:type="dxa" w:w="5046"/>
          </w:tcPr>
          <w:p>
            <w:pPr>
              <w:bidi w:val="1"/>
              <w:jc w:val="right"/>
            </w:pPr>
            <w:r>
              <w:rPr>
                <w:rFonts w:cs="Arial" w:ascii="Arial" w:hAnsi="Arial"/>
                <w:rtl w:val="1"/>
              </w:rPr>
            </w:r>
          </w:p>
        </w:tc>
      </w:tr>
    </w:tbl>
    <w:p/>
    <w:p>
      <w:pPr>
        <w:bidi w:val="1"/>
        <w:jc w:val="right"/>
      </w:pPr>
      <w:r>
        <w:rPr>
          <w:rFonts w:cs="Arial" w:ascii="Arial" w:hAnsi="Arial"/>
          <w:b/>
          <w:rtl w:val="1"/>
          <w:bCs/>
        </w:rPr>
        <w:t>🤝 כשמסכימים:</w:t>
      </w:r>
    </w:p>
    <w:p>
      <w:pPr>
        <w:bidi w:val="1"/>
        <w:jc w:val="right"/>
      </w:pPr>
      <w:r>
        <w:rPr>
          <w:rFonts w:cs="Arial" w:ascii="Arial" w:hAnsi="Arial"/>
          <w:rtl w:val="1"/>
        </w:rPr>
        <w:t>‏◯ אחרי דיון ארוך הגענו למסקנה משותפת:</w:t>
      </w:r>
    </w:p>
    <w:p>
      <w:pPr>
        <w:bidi w:val="1"/>
        <w:jc w:val="right"/>
      </w:pPr>
      <w:r>
        <w:rPr>
          <w:rFonts w:cs="Arial" w:ascii="Arial" w:hAnsi="Arial"/>
          <w:rtl w:val="1"/>
        </w:rPr>
        <w:t>‏◯ כל הכתבות בגיליון הזה מצביעות על רעיון אחד:</w:t>
      </w:r>
    </w:p>
    <w:p>
      <w:pPr>
        <w:bidi w:val="1"/>
        <w:jc w:val="right"/>
      </w:pPr>
      <w:r>
        <w:rPr>
          <w:rFonts w:cs="Arial" w:ascii="Arial" w:hAnsi="Arial"/>
          <w:rtl w:val="1"/>
        </w:rPr>
        <w:t>‏◯ שלושתנו מסכימים ש…</w:t>
      </w:r>
    </w:p>
    <w:p>
      <w:pPr>
        <w:bidi w:val="1"/>
        <w:jc w:val="right"/>
      </w:pPr>
      <w:r>
        <w:rPr>
          <w:rFonts w:cs="Arial" w:ascii="Arial" w:hAnsi="Arial"/>
          <w:b/>
          <w:rtl w:val="1"/>
          <w:bCs/>
        </w:rPr>
        <w:t>⚖️ כשחלוקים:</w:t>
      </w:r>
    </w:p>
    <w:p>
      <w:pPr>
        <w:bidi w:val="1"/>
        <w:jc w:val="right"/>
      </w:pPr>
      <w:r>
        <w:rPr>
          <w:rFonts w:cs="Arial" w:ascii="Arial" w:hAnsi="Arial"/>
          <w:rtl w:val="1"/>
        </w:rPr>
        <w:t>‏◯ עם זאת, לא הסכמנו על הכול:</w:t>
      </w:r>
    </w:p>
    <w:p>
      <w:pPr>
        <w:bidi w:val="1"/>
        <w:jc w:val="right"/>
      </w:pPr>
      <w:r>
        <w:rPr>
          <w:rFonts w:cs="Arial" w:ascii="Arial" w:hAnsi="Arial"/>
          <w:rtl w:val="1"/>
        </w:rPr>
        <w:t>‏◯ אחת מאיתנו טוענת ש…, ואילו האחרים סבורים ש…</w:t>
      </w:r>
    </w:p>
    <w:p>
      <w:pPr>
        <w:bidi w:val="1"/>
        <w:jc w:val="right"/>
      </w:pPr>
      <w:r>
        <w:rPr>
          <w:rFonts w:cs="Arial" w:ascii="Arial" w:hAnsi="Arial"/>
          <w:rtl w:val="1"/>
        </w:rPr>
        <w:t>‏◯ המחלוקת הגדולה ביותר בינינו נגעה לשאלה…</w:t>
      </w:r>
    </w:p>
    <w:p>
      <w:pPr>
        <w:pStyle w:val="Heading3"/>
        <w:bidi w:val="1"/>
        <w:jc w:val="right"/>
      </w:pPr>
      <w:r>
        <w:rPr>
          <w:rFonts w:cs="Arial" w:ascii="Arial" w:hAnsi="Arial"/>
          <w:b/>
          <w:color w:val="1F3B5A"/>
          <w:sz w:val="25"/>
          <w:rtl w:val="1"/>
          <w:bCs/>
          <w:szCs w:val="25"/>
        </w:rPr>
        <w:t>כותרת דבר העורכים</w:t>
      </w:r>
    </w:p>
    <w:p>
      <w:pPr>
        <w:bidi w:val="1"/>
        <w:jc w:val="right"/>
      </w:pPr>
      <w:r>
        <w:rPr>
          <w:rFonts w:cs="Arial" w:ascii="Arial" w:hAnsi="Arial"/>
          <w:color w:val="5A4632"/>
          <w:rtl w:val="1"/>
        </w:rPr>
        <w:t>מחברת את כל חלקי העיתון</w:t>
      </w:r>
    </w:p>
    <w:p>
      <w:pPr>
        <w:bidi w:val="1"/>
        <w:jc w:val="right"/>
      </w:pPr>
      <w:r>
        <w:rPr>
          <w:rFonts w:cs="Arial" w:ascii="Arial" w:hAnsi="Arial"/>
          <w:color w:val="969696"/>
          <w:rtl w:val="1"/>
        </w:rPr>
        <w:t>________________________________________________________________________</w:t>
      </w:r>
    </w:p>
    <w:p>
      <w:pPr>
        <w:bidi w:val="1"/>
        <w:jc w:val="right"/>
      </w:pPr>
      <w:r>
        <w:rPr>
          <w:rFonts w:cs="Arial" w:ascii="Arial" w:hAnsi="Arial"/>
          <w:color w:val="969696"/>
          <w:rtl w:val="1"/>
        </w:rPr>
        <w:t>________________________________________________________________________</w:t>
      </w:r>
    </w:p>
    <w:p>
      <w:pPr>
        <w:pStyle w:val="Heading3"/>
        <w:bidi w:val="1"/>
        <w:jc w:val="right"/>
      </w:pPr>
      <w:r>
        <w:rPr>
          <w:rFonts w:cs="Arial" w:ascii="Arial" w:hAnsi="Arial"/>
          <w:b/>
          <w:color w:val="1F3B5A"/>
          <w:sz w:val="25"/>
          <w:rtl w:val="1"/>
          <w:bCs/>
          <w:szCs w:val="25"/>
        </w:rPr>
        <w:t>פתיחה</w:t>
      </w:r>
    </w:p>
    <w:p>
      <w:pPr>
        <w:bidi w:val="1"/>
        <w:jc w:val="right"/>
      </w:pPr>
      <w:r>
        <w:rPr>
          <w:rFonts w:cs="Arial" w:ascii="Arial" w:hAnsi="Arial"/>
          <w:color w:val="5A4632"/>
          <w:rtl w:val="1"/>
        </w:rPr>
        <w:t>למה התכנסנו ומה קראנו</w:t>
      </w:r>
    </w:p>
    <w:p>
      <w:pPr>
        <w:bidi w:val="1"/>
        <w:jc w:val="right"/>
      </w:pPr>
      <w:r>
        <w:rPr>
          <w:rFonts w:cs="Arial" w:ascii="Arial" w:hAnsi="Arial"/>
          <w:color w:val="969696"/>
          <w:rtl w:val="1"/>
        </w:rPr>
        <w:t>________________________________________________________________________</w:t>
      </w:r>
    </w:p>
    <w:p>
      <w:pPr>
        <w:bidi w:val="1"/>
        <w:jc w:val="right"/>
      </w:pPr>
      <w:r>
        <w:rPr>
          <w:rFonts w:cs="Arial" w:ascii="Arial" w:hAnsi="Arial"/>
          <w:color w:val="969696"/>
          <w:rtl w:val="1"/>
        </w:rPr>
        <w:t>________________________________________________________________________</w:t>
      </w:r>
    </w:p>
    <w:p>
      <w:pPr>
        <w:bidi w:val="1"/>
        <w:jc w:val="right"/>
      </w:pPr>
      <w:r>
        <w:rPr>
          <w:rFonts w:cs="Arial" w:ascii="Arial" w:hAnsi="Arial"/>
          <w:color w:val="969696"/>
          <w:rtl w:val="1"/>
        </w:rPr>
        <w:t>________________________________________________________________________</w:t>
      </w:r>
    </w:p>
    <w:p>
      <w:pPr>
        <w:pStyle w:val="Heading3"/>
        <w:bidi w:val="1"/>
        <w:jc w:val="right"/>
      </w:pPr>
      <w:r>
        <w:rPr>
          <w:rFonts w:cs="Arial" w:ascii="Arial" w:hAnsi="Arial"/>
          <w:b/>
          <w:color w:val="1F3B5A"/>
          <w:sz w:val="25"/>
          <w:rtl w:val="1"/>
          <w:bCs/>
          <w:szCs w:val="25"/>
        </w:rPr>
        <w:t>התובנה המוסכמת</w:t>
      </w:r>
    </w:p>
    <w:p>
      <w:pPr>
        <w:bidi w:val="1"/>
        <w:jc w:val="right"/>
      </w:pPr>
      <w:r>
        <w:rPr>
          <w:rFonts w:cs="Arial" w:ascii="Arial" w:hAnsi="Arial"/>
          <w:color w:val="5A4632"/>
          <w:rtl w:val="1"/>
        </w:rPr>
        <w:t>משפט אחד + הסבר ומקורות</w:t>
      </w:r>
    </w:p>
    <w:p>
      <w:pPr>
        <w:bidi w:val="1"/>
        <w:jc w:val="right"/>
      </w:pPr>
      <w:r>
        <w:rPr>
          <w:rFonts w:cs="Arial" w:ascii="Arial" w:hAnsi="Arial"/>
          <w:color w:val="969696"/>
          <w:rtl w:val="1"/>
        </w:rPr>
        <w:t>________________________________________________________________________</w:t>
      </w:r>
    </w:p>
    <w:p>
      <w:pPr>
        <w:bidi w:val="1"/>
        <w:jc w:val="right"/>
      </w:pPr>
      <w:r>
        <w:rPr>
          <w:rFonts w:cs="Arial" w:ascii="Arial" w:hAnsi="Arial"/>
          <w:color w:val="969696"/>
          <w:rtl w:val="1"/>
        </w:rPr>
        <w:t>________________________________________________________________________</w:t>
      </w:r>
    </w:p>
    <w:p>
      <w:pPr>
        <w:bidi w:val="1"/>
        <w:jc w:val="right"/>
      </w:pPr>
      <w:r>
        <w:rPr>
          <w:rFonts w:cs="Arial" w:ascii="Arial" w:hAnsi="Arial"/>
          <w:color w:val="969696"/>
          <w:rtl w:val="1"/>
        </w:rPr>
        <w:t>________________________________________________________________________</w:t>
      </w:r>
    </w:p>
    <w:p>
      <w:pPr>
        <w:bidi w:val="1"/>
        <w:jc w:val="right"/>
      </w:pPr>
      <w:r>
        <w:rPr>
          <w:rFonts w:cs="Arial" w:ascii="Arial" w:hAnsi="Arial"/>
          <w:color w:val="969696"/>
          <w:rtl w:val="1"/>
        </w:rPr>
        <w:t>________________________________________________________________________</w:t>
      </w:r>
    </w:p>
    <w:p>
      <w:pPr>
        <w:bidi w:val="1"/>
        <w:jc w:val="right"/>
      </w:pPr>
      <w:r>
        <w:rPr>
          <w:rFonts w:cs="Arial" w:ascii="Arial" w:hAnsi="Arial"/>
          <w:color w:val="969696"/>
          <w:rtl w:val="1"/>
        </w:rPr>
        <w:t>________________________________________________________________________</w:t>
      </w:r>
    </w:p>
    <w:p>
      <w:pPr>
        <w:pStyle w:val="Heading3"/>
        <w:bidi w:val="1"/>
        <w:jc w:val="right"/>
      </w:pPr>
      <w:r>
        <w:rPr>
          <w:rFonts w:cs="Arial" w:ascii="Arial" w:hAnsi="Arial"/>
          <w:b/>
          <w:color w:val="1F3B5A"/>
          <w:sz w:val="25"/>
          <w:rtl w:val="1"/>
          <w:bCs/>
          <w:szCs w:val="25"/>
        </w:rPr>
        <w:t>נקודות המחלוקת</w:t>
      </w:r>
    </w:p>
    <w:p>
      <w:pPr>
        <w:bidi w:val="1"/>
        <w:jc w:val="right"/>
      </w:pPr>
      <w:r>
        <w:rPr>
          <w:rFonts w:cs="Arial" w:ascii="Arial" w:hAnsi="Arial"/>
          <w:color w:val="5A4632"/>
          <w:rtl w:val="1"/>
        </w:rPr>
        <w:t>שתיים לפחות, עם נימוק לכל צד</w:t>
      </w:r>
    </w:p>
    <w:p>
      <w:pPr>
        <w:bidi w:val="1"/>
        <w:jc w:val="right"/>
      </w:pPr>
      <w:r>
        <w:rPr>
          <w:rFonts w:cs="Arial" w:ascii="Arial" w:hAnsi="Arial"/>
          <w:color w:val="969696"/>
          <w:rtl w:val="1"/>
        </w:rPr>
        <w:t>________________________________________________________________________</w:t>
      </w:r>
    </w:p>
    <w:p>
      <w:pPr>
        <w:bidi w:val="1"/>
        <w:jc w:val="right"/>
      </w:pPr>
      <w:r>
        <w:rPr>
          <w:rFonts w:cs="Arial" w:ascii="Arial" w:hAnsi="Arial"/>
          <w:color w:val="969696"/>
          <w:rtl w:val="1"/>
        </w:rPr>
        <w:t>________________________________________________________________________</w:t>
      </w:r>
    </w:p>
    <w:p>
      <w:pPr>
        <w:bidi w:val="1"/>
        <w:jc w:val="right"/>
      </w:pPr>
      <w:r>
        <w:rPr>
          <w:rFonts w:cs="Arial" w:ascii="Arial" w:hAnsi="Arial"/>
          <w:color w:val="969696"/>
          <w:rtl w:val="1"/>
        </w:rPr>
        <w:t>________________________________________________________________________</w:t>
      </w:r>
    </w:p>
    <w:p>
      <w:pPr>
        <w:bidi w:val="1"/>
        <w:jc w:val="right"/>
      </w:pPr>
      <w:r>
        <w:rPr>
          <w:rFonts w:cs="Arial" w:ascii="Arial" w:hAnsi="Arial"/>
          <w:color w:val="969696"/>
          <w:rtl w:val="1"/>
        </w:rPr>
        <w:t>________________________________________________________________________</w:t>
      </w:r>
    </w:p>
    <w:p>
      <w:pPr>
        <w:bidi w:val="1"/>
        <w:jc w:val="right"/>
      </w:pPr>
      <w:r>
        <w:rPr>
          <w:rFonts w:cs="Arial" w:ascii="Arial" w:hAnsi="Arial"/>
          <w:color w:val="969696"/>
          <w:rtl w:val="1"/>
        </w:rPr>
        <w:t>________________________________________________________________________</w:t>
      </w:r>
    </w:p>
    <w:p>
      <w:pPr>
        <w:pStyle w:val="Heading3"/>
        <w:bidi w:val="1"/>
        <w:jc w:val="right"/>
      </w:pPr>
      <w:r>
        <w:rPr>
          <w:rFonts w:cs="Arial" w:ascii="Arial" w:hAnsi="Arial"/>
          <w:b/>
          <w:color w:val="1F3B5A"/>
          <w:sz w:val="25"/>
          <w:rtl w:val="1"/>
          <w:bCs/>
          <w:szCs w:val="25"/>
        </w:rPr>
        <w:t>ההשלכות</w:t>
      </w:r>
    </w:p>
    <w:p>
      <w:pPr>
        <w:bidi w:val="1"/>
        <w:jc w:val="right"/>
      </w:pPr>
      <w:r>
        <w:rPr>
          <w:rFonts w:cs="Arial" w:ascii="Arial" w:hAnsi="Arial"/>
          <w:color w:val="5A4632"/>
          <w:rtl w:val="1"/>
        </w:rPr>
        <w:t>מה נובע מהתובנה, עבורנו ועבור הקוראים</w:t>
      </w:r>
    </w:p>
    <w:p>
      <w:pPr>
        <w:bidi w:val="1"/>
        <w:jc w:val="right"/>
      </w:pPr>
      <w:r>
        <w:rPr>
          <w:rFonts w:cs="Arial" w:ascii="Arial" w:hAnsi="Arial"/>
          <w:color w:val="969696"/>
          <w:rtl w:val="1"/>
        </w:rPr>
        <w:t>________________________________________________________________________</w:t>
      </w:r>
    </w:p>
    <w:p>
      <w:pPr>
        <w:bidi w:val="1"/>
        <w:jc w:val="right"/>
      </w:pPr>
      <w:r>
        <w:rPr>
          <w:rFonts w:cs="Arial" w:ascii="Arial" w:hAnsi="Arial"/>
          <w:color w:val="969696"/>
          <w:rtl w:val="1"/>
        </w:rPr>
        <w:t>________________________________________________________________________</w:t>
      </w:r>
    </w:p>
    <w:p>
      <w:pPr>
        <w:bidi w:val="1"/>
        <w:jc w:val="right"/>
      </w:pPr>
      <w:r>
        <w:rPr>
          <w:rFonts w:cs="Arial" w:ascii="Arial" w:hAnsi="Arial"/>
          <w:color w:val="969696"/>
          <w:rtl w:val="1"/>
        </w:rPr>
        <w:t>________________________________________________________________________</w:t>
      </w:r>
    </w:p>
    <w:p>
      <w:pPr>
        <w:bidi w:val="1"/>
        <w:jc w:val="right"/>
      </w:pPr>
      <w:r>
        <w:rPr>
          <w:rFonts w:cs="Arial" w:ascii="Arial" w:hAnsi="Arial"/>
          <w:color w:val="969696"/>
          <w:rtl w:val="1"/>
        </w:rPr>
        <w:t>________________________________________________________________________</w:t>
      </w:r>
    </w:p>
    <w:p>
      <w:pPr>
        <w:pStyle w:val="Heading3"/>
        <w:bidi w:val="1"/>
        <w:jc w:val="right"/>
      </w:pPr>
      <w:r>
        <w:rPr>
          <w:rFonts w:cs="Arial" w:ascii="Arial" w:hAnsi="Arial"/>
          <w:b/>
          <w:color w:val="1F3B5A"/>
          <w:sz w:val="25"/>
          <w:rtl w:val="1"/>
          <w:bCs/>
          <w:szCs w:val="25"/>
        </w:rPr>
        <w:t>מושג ספרותי</w:t>
      </w:r>
    </w:p>
    <w:p>
      <w:pPr>
        <w:bidi w:val="1"/>
        <w:jc w:val="right"/>
      </w:pPr>
      <w:r>
        <w:rPr>
          <w:rFonts w:cs="Arial" w:ascii="Arial" w:hAnsi="Arial"/>
          <w:color w:val="5A4632"/>
          <w:rtl w:val="1"/>
        </w:rPr>
        <w:t>איך המושג מאיר את התובנה</w:t>
      </w:r>
    </w:p>
    <w:p>
      <w:pPr>
        <w:bidi w:val="1"/>
        <w:jc w:val="right"/>
      </w:pPr>
      <w:r>
        <w:rPr>
          <w:rFonts w:cs="Arial" w:ascii="Arial" w:hAnsi="Arial"/>
          <w:color w:val="969696"/>
          <w:rtl w:val="1"/>
        </w:rPr>
        <w:t>________________________________________________________________________</w:t>
      </w:r>
    </w:p>
    <w:p>
      <w:pPr>
        <w:bidi w:val="1"/>
        <w:jc w:val="right"/>
      </w:pPr>
      <w:r>
        <w:rPr>
          <w:rFonts w:cs="Arial" w:ascii="Arial" w:hAnsi="Arial"/>
          <w:color w:val="969696"/>
          <w:rtl w:val="1"/>
        </w:rPr>
        <w:t>________________________________________________________________________</w:t>
      </w:r>
    </w:p>
    <w:p>
      <w:pPr>
        <w:pStyle w:val="Heading3"/>
        <w:bidi w:val="1"/>
        <w:jc w:val="right"/>
      </w:pPr>
      <w:r>
        <w:rPr>
          <w:rFonts w:cs="Arial" w:ascii="Arial" w:hAnsi="Arial"/>
          <w:b/>
          <w:color w:val="1F3B5A"/>
          <w:sz w:val="25"/>
          <w:rtl w:val="1"/>
          <w:bCs/>
          <w:szCs w:val="25"/>
        </w:rPr>
        <w:t>חתימה</w:t>
      </w:r>
    </w:p>
    <w:p>
      <w:pPr>
        <w:bidi w:val="1"/>
        <w:jc w:val="right"/>
      </w:pPr>
      <w:r>
        <w:rPr>
          <w:rFonts w:cs="Arial" w:ascii="Arial" w:hAnsi="Arial"/>
          <w:color w:val="5A4632"/>
          <w:rtl w:val="1"/>
        </w:rPr>
        <w:t>שמות חברי המערכת</w:t>
      </w:r>
    </w:p>
    <w:p>
      <w:pPr>
        <w:bidi w:val="1"/>
        <w:jc w:val="right"/>
      </w:pPr>
      <w:r>
        <w:rPr>
          <w:rFonts w:cs="Arial" w:ascii="Arial" w:hAnsi="Arial"/>
          <w:color w:val="969696"/>
          <w:rtl w:val="1"/>
        </w:rPr>
        <w:t>________________________________________________________________________</w:t>
      </w:r>
    </w:p>
    <w:p>
      <w:pPr>
        <w:bidi w:val="1"/>
        <w:jc w:val="right"/>
      </w:pPr>
      <w:r>
        <w:rPr>
          <w:rFonts w:cs="Arial" w:ascii="Arial" w:hAnsi="Arial"/>
          <w:color w:val="969696"/>
          <w:rtl w:val="1"/>
        </w:rPr>
        <w:t>________________________________________________________________________</w:t>
      </w:r>
    </w:p>
    <w:p>
      <w:pPr>
        <w:pStyle w:val="Heading1"/>
        <w:bidi w:val="1"/>
        <w:jc w:val="right"/>
      </w:pPr>
      <w:r>
        <w:rPr>
          <w:rFonts w:cs="Arial" w:ascii="Arial" w:hAnsi="Arial"/>
          <w:b/>
          <w:color w:val="7B1E2B"/>
          <w:sz w:val="34"/>
          <w:rtl w:val="1"/>
          <w:bCs/>
          <w:szCs w:val="34"/>
        </w:rPr>
        <w:t>חלק ד׳ – משוב אישי (רפלקציה)</w:t>
      </w:r>
    </w:p>
    <w:p>
      <w:pPr>
        <w:bidi w:val="1"/>
        <w:jc w:val="right"/>
      </w:pPr>
      <w:r>
        <w:rPr>
          <w:rFonts w:cs="Arial" w:ascii="Arial" w:hAnsi="Arial"/>
          <w:color w:val="5A4632"/>
          <w:rtl w:val="1"/>
        </w:rPr>
        <w:t>כ־200–250 מילים. בחרו לפחות שאלה אחת מכל קבוצה.</w:t>
      </w:r>
    </w:p>
    <w:p>
      <w:pPr>
        <w:pStyle w:val="Heading3"/>
        <w:bidi w:val="1"/>
        <w:jc w:val="right"/>
      </w:pPr>
      <w:r>
        <w:rPr>
          <w:rFonts w:cs="Arial" w:ascii="Arial" w:hAnsi="Arial"/>
          <w:b/>
          <w:color w:val="1F3B5A"/>
          <w:sz w:val="25"/>
          <w:rtl w:val="1"/>
          <w:bCs/>
          <w:szCs w:val="25"/>
        </w:rPr>
        <w:t>אוריינות לשונית</w:t>
      </w:r>
    </w:p>
    <w:p>
      <w:pPr>
        <w:bidi w:val="1"/>
        <w:jc w:val="right"/>
      </w:pPr>
      <w:r>
        <w:rPr>
          <w:rFonts w:cs="Arial" w:ascii="Arial" w:hAnsi="Arial"/>
          <w:rtl w:val="1"/>
        </w:rPr>
        <w:t>‏◯ איזה משפט או פסקה שכתבתי אני הכי גאה/ה בהם, ולמה?</w:t>
      </w:r>
    </w:p>
    <w:p>
      <w:pPr>
        <w:bidi w:val="1"/>
        <w:jc w:val="right"/>
      </w:pPr>
      <w:r>
        <w:rPr>
          <w:rFonts w:cs="Arial" w:ascii="Arial" w:hAnsi="Arial"/>
          <w:rtl w:val="1"/>
        </w:rPr>
        <w:t>‏◯ מה למדתי על כתיבה בסוג כתבה שבחרתי – במה היא שונה מחיבור רגיל?</w:t>
      </w:r>
    </w:p>
    <w:p>
      <w:pPr>
        <w:bidi w:val="1"/>
        <w:jc w:val="right"/>
      </w:pPr>
      <w:r>
        <w:rPr>
          <w:rFonts w:cs="Arial" w:ascii="Arial" w:hAnsi="Arial"/>
          <w:rtl w:val="1"/>
        </w:rPr>
        <w:t>‏◯ איזו הערת עריכה שקיבלתי שינתה את הטקסט שלי לטובה?</w:t>
      </w:r>
    </w:p>
    <w:p>
      <w:pPr>
        <w:pStyle w:val="Heading3"/>
        <w:bidi w:val="1"/>
        <w:jc w:val="right"/>
      </w:pPr>
      <w:r>
        <w:rPr>
          <w:rFonts w:cs="Arial" w:ascii="Arial" w:hAnsi="Arial"/>
          <w:b/>
          <w:color w:val="1F3B5A"/>
          <w:sz w:val="25"/>
          <w:rtl w:val="1"/>
          <w:bCs/>
          <w:szCs w:val="25"/>
        </w:rPr>
        <w:t>אוריינות מידע והערכה</w:t>
      </w:r>
    </w:p>
    <w:p>
      <w:pPr>
        <w:bidi w:val="1"/>
        <w:jc w:val="right"/>
      </w:pPr>
      <w:r>
        <w:rPr>
          <w:rFonts w:cs="Arial" w:ascii="Arial" w:hAnsi="Arial"/>
          <w:rtl w:val="1"/>
        </w:rPr>
        <w:t>‏◯ איך בחרתי את הציטוטים שלי, ואיזה ציטוט החלפתי בדרך ולמה?</w:t>
      </w:r>
    </w:p>
    <w:p>
      <w:pPr>
        <w:bidi w:val="1"/>
        <w:jc w:val="right"/>
      </w:pPr>
      <w:r>
        <w:rPr>
          <w:rFonts w:cs="Arial" w:ascii="Arial" w:hAnsi="Arial"/>
          <w:rtl w:val="1"/>
        </w:rPr>
        <w:t>‏◯ איך בדקתי שהטענות שלי באמת נשענות על הטקסט?</w:t>
      </w:r>
    </w:p>
    <w:p>
      <w:pPr>
        <w:bidi w:val="1"/>
        <w:jc w:val="right"/>
      </w:pPr>
      <w:r>
        <w:rPr>
          <w:rFonts w:cs="Arial" w:ascii="Arial" w:hAnsi="Arial"/>
          <w:rtl w:val="1"/>
        </w:rPr>
        <w:t>‏◯ מה למדתי על ההבדל בין מה שכתוב ביצירה לבין מה שאני מפרש/ת?</w:t>
      </w:r>
    </w:p>
    <w:p>
      <w:pPr>
        <w:pStyle w:val="Heading3"/>
        <w:bidi w:val="1"/>
        <w:jc w:val="right"/>
      </w:pPr>
      <w:r>
        <w:rPr>
          <w:rFonts w:cs="Arial" w:ascii="Arial" w:hAnsi="Arial"/>
          <w:b/>
          <w:color w:val="1F3B5A"/>
          <w:sz w:val="25"/>
          <w:rtl w:val="1"/>
          <w:bCs/>
          <w:szCs w:val="25"/>
        </w:rPr>
        <w:t>חשיבה ביקורתית</w:t>
      </w:r>
    </w:p>
    <w:p>
      <w:pPr>
        <w:bidi w:val="1"/>
        <w:jc w:val="right"/>
      </w:pPr>
      <w:r>
        <w:rPr>
          <w:rFonts w:cs="Arial" w:ascii="Arial" w:hAnsi="Arial"/>
          <w:rtl w:val="1"/>
        </w:rPr>
        <w:t>‏◯ האם העמדה שלי לגבי הנושא השתנתה במהלך העבודה? איך?</w:t>
      </w:r>
    </w:p>
    <w:p>
      <w:pPr>
        <w:bidi w:val="1"/>
        <w:jc w:val="right"/>
      </w:pPr>
      <w:r>
        <w:rPr>
          <w:rFonts w:cs="Arial" w:ascii="Arial" w:hAnsi="Arial"/>
          <w:rtl w:val="1"/>
        </w:rPr>
        <w:t>‏◯ איזו נקודת מחלוקת בצוות גרמה לי לחשוב מחדש?</w:t>
      </w:r>
    </w:p>
    <w:p>
      <w:pPr>
        <w:bidi w:val="1"/>
        <w:jc w:val="right"/>
      </w:pPr>
      <w:r>
        <w:rPr>
          <w:rFonts w:cs="Arial" w:ascii="Arial" w:hAnsi="Arial"/>
          <w:rtl w:val="1"/>
        </w:rPr>
        <w:t>‏◯ מה אני מבין/ה עכשיו על היצירות שלא הבנתי לפני המשימה?</w:t>
      </w:r>
    </w:p>
    <w:p>
      <w:pPr>
        <w:pStyle w:val="Heading3"/>
        <w:bidi w:val="1"/>
        <w:jc w:val="right"/>
      </w:pPr>
      <w:r>
        <w:rPr>
          <w:rFonts w:cs="Arial" w:ascii="Arial" w:hAnsi="Arial"/>
          <w:b/>
          <w:color w:val="1F3B5A"/>
          <w:sz w:val="25"/>
          <w:rtl w:val="1"/>
          <w:bCs/>
          <w:szCs w:val="25"/>
        </w:rPr>
        <w:t>עבודת צוות ומודעות חברתית</w:t>
      </w:r>
    </w:p>
    <w:p>
      <w:pPr>
        <w:bidi w:val="1"/>
        <w:jc w:val="right"/>
      </w:pPr>
      <w:r>
        <w:rPr>
          <w:rFonts w:cs="Arial" w:ascii="Arial" w:hAnsi="Arial"/>
          <w:rtl w:val="1"/>
        </w:rPr>
        <w:t>‏◯ מה הייתה התרומה המיוחדת שלי לצוות?</w:t>
      </w:r>
    </w:p>
    <w:p>
      <w:pPr>
        <w:bidi w:val="1"/>
        <w:jc w:val="right"/>
      </w:pPr>
      <w:r>
        <w:rPr>
          <w:rFonts w:cs="Arial" w:ascii="Arial" w:hAnsi="Arial"/>
          <w:rtl w:val="1"/>
        </w:rPr>
        <w:t>‏◯ תארו רגע של קושי בעבודה המשותפת – איך התמודדנו איתו?</w:t>
      </w:r>
    </w:p>
    <w:p>
      <w:pPr>
        <w:bidi w:val="1"/>
        <w:jc w:val="right"/>
      </w:pPr>
      <w:r>
        <w:rPr>
          <w:rFonts w:cs="Arial" w:ascii="Arial" w:hAnsi="Arial"/>
          <w:rtl w:val="1"/>
        </w:rPr>
        <w:t>‏◯ מה הייתי עושה אחרת בפעם הבאה שאעבוד בצוות?</w:t>
      </w:r>
    </w:p>
    <w:p>
      <w:pPr>
        <w:bidi w:val="1"/>
        <w:jc w:val="right"/>
      </w:pPr>
      <w:r>
        <w:rPr>
          <w:rFonts w:cs="Arial" w:ascii="Arial" w:hAnsi="Arial"/>
          <w:color w:val="969696"/>
          <w:rtl w:val="1"/>
        </w:rPr>
        <w:t>________________________________________________________________________</w:t>
      </w:r>
    </w:p>
    <w:p>
      <w:pPr>
        <w:bidi w:val="1"/>
        <w:jc w:val="right"/>
      </w:pPr>
      <w:r>
        <w:rPr>
          <w:rFonts w:cs="Arial" w:ascii="Arial" w:hAnsi="Arial"/>
          <w:color w:val="969696"/>
          <w:rtl w:val="1"/>
        </w:rPr>
        <w:t>________________________________________________________________________</w:t>
      </w:r>
    </w:p>
    <w:p>
      <w:pPr>
        <w:bidi w:val="1"/>
        <w:jc w:val="right"/>
      </w:pPr>
      <w:r>
        <w:rPr>
          <w:rFonts w:cs="Arial" w:ascii="Arial" w:hAnsi="Arial"/>
          <w:color w:val="969696"/>
          <w:rtl w:val="1"/>
        </w:rPr>
        <w:t>________________________________________________________________________</w:t>
      </w:r>
    </w:p>
    <w:p>
      <w:pPr>
        <w:bidi w:val="1"/>
        <w:jc w:val="right"/>
      </w:pPr>
      <w:r>
        <w:rPr>
          <w:rFonts w:cs="Arial" w:ascii="Arial" w:hAnsi="Arial"/>
          <w:color w:val="969696"/>
          <w:rtl w:val="1"/>
        </w:rPr>
        <w:t>________________________________________________________________________</w:t>
      </w:r>
    </w:p>
    <w:p>
      <w:pPr>
        <w:bidi w:val="1"/>
        <w:jc w:val="right"/>
      </w:pPr>
      <w:r>
        <w:rPr>
          <w:rFonts w:cs="Arial" w:ascii="Arial" w:hAnsi="Arial"/>
          <w:color w:val="969696"/>
          <w:rtl w:val="1"/>
        </w:rPr>
        <w:t>________________________________________________________________________</w:t>
      </w:r>
    </w:p>
    <w:p>
      <w:pPr>
        <w:bidi w:val="1"/>
        <w:jc w:val="right"/>
      </w:pPr>
      <w:r>
        <w:rPr>
          <w:rFonts w:cs="Arial" w:ascii="Arial" w:hAnsi="Arial"/>
          <w:color w:val="969696"/>
          <w:rtl w:val="1"/>
        </w:rPr>
        <w:t>________________________________________________________________________</w:t>
      </w:r>
    </w:p>
    <w:p>
      <w:pPr>
        <w:bidi w:val="1"/>
        <w:jc w:val="right"/>
      </w:pPr>
      <w:r>
        <w:rPr>
          <w:rFonts w:cs="Arial" w:ascii="Arial" w:hAnsi="Arial"/>
          <w:color w:val="969696"/>
          <w:rtl w:val="1"/>
        </w:rPr>
        <w:t>________________________________________________________________________</w:t>
      </w:r>
    </w:p>
    <w:p>
      <w:pPr>
        <w:bidi w:val="1"/>
        <w:jc w:val="right"/>
      </w:pPr>
      <w:r>
        <w:rPr>
          <w:rFonts w:cs="Arial" w:ascii="Arial" w:hAnsi="Arial"/>
          <w:color w:val="969696"/>
          <w:rtl w:val="1"/>
        </w:rPr>
        <w:t>________________________________________________________________________</w:t>
      </w:r>
    </w:p>
    <w:p>
      <w:pPr>
        <w:bidi w:val="1"/>
        <w:jc w:val="right"/>
      </w:pPr>
      <w:r>
        <w:rPr>
          <w:rFonts w:cs="Arial" w:ascii="Arial" w:hAnsi="Arial"/>
          <w:color w:val="969696"/>
          <w:rtl w:val="1"/>
        </w:rPr>
        <w:t>________________________________________________________________________</w:t>
      </w:r>
    </w:p>
    <w:p>
      <w:pPr>
        <w:bidi w:val="1"/>
        <w:jc w:val="right"/>
      </w:pPr>
      <w:r>
        <w:rPr>
          <w:rFonts w:cs="Arial" w:ascii="Arial" w:hAnsi="Arial"/>
          <w:color w:val="969696"/>
          <w:rtl w:val="1"/>
        </w:rPr>
        <w:t>________________________________________________________________________</w:t>
      </w:r>
    </w:p>
    <w:p>
      <w:pPr>
        <w:bidi w:val="1"/>
        <w:jc w:val="right"/>
      </w:pPr>
      <w:r>
        <w:rPr>
          <w:rFonts w:cs="Arial" w:ascii="Arial" w:hAnsi="Arial"/>
          <w:color w:val="969696"/>
          <w:rtl w:val="1"/>
        </w:rPr>
        <w:t>________________________________________________________________________</w:t>
      </w:r>
    </w:p>
    <w:p>
      <w:pPr>
        <w:bidi w:val="1"/>
        <w:jc w:val="right"/>
      </w:pPr>
      <w:r>
        <w:rPr>
          <w:rFonts w:cs="Arial" w:ascii="Arial" w:hAnsi="Arial"/>
          <w:color w:val="969696"/>
          <w:rtl w:val="1"/>
        </w:rPr>
        <w:t>________________________________________________________________________</w:t>
      </w:r>
    </w:p>
    <w:p>
      <w:pPr>
        <w:bidi w:val="1"/>
        <w:jc w:val="right"/>
      </w:pPr>
      <w:r>
        <w:rPr>
          <w:rFonts w:cs="Arial" w:ascii="Arial" w:hAnsi="Arial"/>
          <w:color w:val="969696"/>
          <w:rtl w:val="1"/>
        </w:rPr>
        <w:t>________________________________________________________________________</w:t>
      </w:r>
    </w:p>
    <w:p>
      <w:pPr>
        <w:bidi w:val="1"/>
        <w:jc w:val="right"/>
      </w:pPr>
      <w:r>
        <w:rPr>
          <w:rFonts w:cs="Arial" w:ascii="Arial" w:hAnsi="Arial"/>
          <w:color w:val="969696"/>
          <w:rtl w:val="1"/>
        </w:rPr>
        <w:t>________________________________________________________________________</w:t>
      </w:r>
    </w:p>
    <w:p>
      <w:pPr>
        <w:bidi w:val="1"/>
        <w:jc w:val="right"/>
      </w:pPr>
      <w:r>
        <w:rPr>
          <w:rFonts w:cs="Arial" w:ascii="Arial" w:hAnsi="Arial"/>
          <w:b/>
          <w:rtl w:val="1"/>
          <w:bCs/>
        </w:rPr>
        <w:t>✂️ כרטיס יציאה</w:t>
      </w:r>
    </w:p>
    <w:p>
      <w:pPr>
        <w:bidi w:val="1"/>
        <w:jc w:val="right"/>
      </w:pPr>
      <w:r>
        <w:rPr>
          <w:rFonts w:cs="Arial" w:ascii="Arial" w:hAnsi="Arial"/>
          <w:rtl w:val="1"/>
        </w:rPr>
        <w:t>שם: ______________</w:t>
      </w:r>
    </w:p>
    <w:p>
      <w:pPr>
        <w:bidi w:val="1"/>
        <w:jc w:val="right"/>
      </w:pPr>
      <w:r>
        <w:rPr>
          <w:rFonts w:cs="Arial" w:ascii="Arial" w:hAnsi="Arial"/>
          <w:rtl w:val="1"/>
        </w:rPr>
        <w:t>מה למדתי על עצמי ככותב/ת בזכות העיתון?</w:t>
      </w:r>
    </w:p>
    <w:p>
      <w:pPr>
        <w:bidi w:val="1"/>
        <w:jc w:val="right"/>
      </w:pPr>
      <w:r>
        <w:rPr>
          <w:rFonts w:cs="Arial" w:ascii="Arial" w:hAnsi="Arial"/>
          <w:color w:val="969696"/>
          <w:rtl w:val="1"/>
        </w:rPr>
        <w:t>________________________________________________________________________</w:t>
      </w:r>
    </w:p>
    <w:p>
      <w:pPr>
        <w:bidi w:val="1"/>
        <w:jc w:val="right"/>
      </w:pPr>
      <w:r>
        <w:rPr>
          <w:rFonts w:cs="Arial" w:ascii="Arial" w:hAnsi="Arial"/>
          <w:color w:val="969696"/>
          <w:rtl w:val="1"/>
        </w:rPr>
        <w:t>________________________________________________________________________</w:t>
      </w:r>
    </w:p>
    <w:p>
      <w:pPr>
        <w:bidi w:val="1"/>
        <w:jc w:val="right"/>
      </w:pPr>
      <w:r>
        <w:rPr>
          <w:rFonts w:cs="Arial" w:ascii="Arial" w:hAnsi="Arial"/>
          <w:color w:val="969696"/>
          <w:rtl w:val="1"/>
        </w:rPr>
        <w:t>________________________________________________________________________</w:t>
      </w:r>
    </w:p>
    <w:p>
      <w:pPr>
        <w:bidi w:val="1"/>
        <w:jc w:val="right"/>
      </w:pPr>
      <w:r>
        <w:rPr>
          <w:rFonts w:cs="Arial" w:ascii="Arial" w:hAnsi="Arial"/>
          <w:color w:val="786450"/>
          <w:sz w:val="18"/>
          <w:rtl w:val="1"/>
          <w:szCs w:val="18"/>
        </w:rPr>
        <w:t>יצרה: רוית ראש בן ישי</w:t>
      </w:r>
    </w:p>
    <w:sectPr w:rsidR="00FC693F" w:rsidRPr="0006063C" w:rsidSect="00034616">
      <w:pgSz w:w="11906" w:h="16838"/>
      <w:pgMar w:top="907" w:right="907" w:bottom="907" w:left="90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/>
      <w:sz w:val="24"/>
      <w:szCs w:val="24"/>
      <w:lang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